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Bibliographie navigable</w:t>
      </w:r>
    </w:p>
    <w:p>
      <w:pPr>
        <w:pStyle w:val="Subtitle"/>
        <w:jc w:val="center"/>
      </w:pPr>
      <w:r>
        <w:rPr>
          <w:rFonts w:ascii="DejaVu Sans" w:hAnsi="DejaVu Sans" w:eastAsia="DejaVu Sans"/>
          <w:color w:val="5D6870"/>
          <w:sz w:val="25"/>
        </w:rPr>
        <w:t>Sources documentaires avec codes stables et liens actifs</w:t>
      </w:r>
    </w:p>
    <w:p>
      <w:pPr>
        <w:spacing w:before="440"/>
        <w:jc w:val="center"/>
      </w:pPr>
      <w:r>
        <w:rPr>
          <w:rFonts w:ascii="DejaVu Sans" w:hAnsi="DejaVu Sans" w:eastAsia="DejaVu Sans"/>
          <w:b/>
          <w:color w:val="B54B2A"/>
          <w:sz w:val="17"/>
        </w:rPr>
        <w:t>INSTANTANÉ DE L’ÉDITION FRANÇAISE</w:t>
      </w:r>
    </w:p>
    <w:p>
      <w:pPr>
        <w:jc w:val="center"/>
      </w:pPr>
      <w:r>
        <w:rPr>
          <w:rFonts w:ascii="DejaVu Sans" w:hAnsi="DejaVu Sans" w:eastAsia="DejaVu Sans"/>
          <w:color w:val="234C61"/>
          <w:sz w:val="19"/>
        </w:rPr>
        <w:t>Instantané de l’édition française - juillet 2026 - Format A4</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CRITÈRE  </w:t>
            </w:r>
            <w:r>
              <w:rPr>
                <w:rFonts w:ascii="DejaVu Sans" w:hAnsi="DejaVu Sans" w:eastAsia="DejaVu Sans"/>
                <w:color w:val="1E2528"/>
                <w:sz w:val="18"/>
              </w:rPr>
              <w:t>Cette collection comprend les sources utilisées pour vérifier les affirmations factuelles et réglementaires du livre, ainsi que quatre sources supplémentaires sur les infrastructures nécessaires à la chronologie en ligne. Les sources primaires, standards, actes normatifs, propositions, lignes directrices, rapports, articles, prépublications et sources d’entreprise restent qualifiés séparément.</w:t>
            </w:r>
          </w:p>
        </w:tc>
      </w:tr>
    </w:tbl>
    <w:p>
      <w:pPr>
        <w:spacing w:after="0"/>
      </w:pPr>
    </w:p>
    <w:p>
      <w:pPr>
        <w:pStyle w:val="Heading1"/>
      </w:pPr>
      <w:r>
        <w:t>Histoire de l’intelligence artificielle et des réseaux</w:t>
      </w:r>
    </w:p>
    <w:p>
      <w:pPr>
        <w:spacing w:after="60"/>
        <w:ind w:left="173" w:hanging="173"/>
      </w:pPr>
      <w:r>
        <w:rPr>
          <w:rFonts w:ascii="DejaVu Sans" w:hAnsi="DejaVu Sans" w:eastAsia="DejaVu Sans"/>
          <w:b/>
          <w:color w:val="B54B2A"/>
          <w:sz w:val="15"/>
        </w:rPr>
        <w:t xml:space="preserve">[SRC-TURING-1950] </w:t>
      </w:r>
      <w:r>
        <w:rPr>
          <w:rFonts w:ascii="DejaVu Sans" w:hAnsi="DejaVu Sans" w:eastAsia="DejaVu Sans"/>
          <w:color w:val="1E2528"/>
          <w:sz w:val="17"/>
        </w:rPr>
        <w:t xml:space="preserve">A. M. Turing, Computing Machinery and Intelligence. Oxford University Press / Mind. 1950. Source primaire. </w:t>
      </w:r>
      <w:hyperlink r:id="rId14">
        <w:r>
          <w:rPr>
            <w:rFonts w:ascii="DejaVu Sans" w:hAnsi="DejaVu Sans" w:eastAsia="DejaVu Sans"/>
            <w:color w:val="234C61"/>
            <w:u w:val="single"/>
            <w:sz w:val="16"/>
          </w:rPr>
          <w:t>https://doi.org/10.1093/mind/LIX.236.433</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[SRC-DARTMOUTH-1955] </w:t>
      </w:r>
      <w:r>
        <w:rPr>
          <w:rFonts w:ascii="DejaVu Sans" w:hAnsi="DejaVu Sans" w:eastAsia="DejaVu Sans"/>
          <w:color w:val="1E2528"/>
          <w:sz w:val="17"/>
        </w:rPr>
        <w:t xml:space="preserve">John McCarthy, Marvin L. Minsky, Nathaniel Rochester, Claude E. Shannon, A Proposal for the Dartmouth Summer Research Project on Artificial Intelligence. Dartmouth College archive. 1955. Source primaire / archives officielles. </w:t>
      </w:r>
      <w:hyperlink r:id="rId15">
        <w:r>
          <w:rPr>
            <w:rFonts w:ascii="DejaVu Sans" w:hAnsi="DejaVu Sans" w:eastAsia="DejaVu Sans"/>
            <w:color w:val="234C61"/>
            <w:u w:val="single"/>
            <w:sz w:val="16"/>
          </w:rPr>
          <w:t>https://jmc.stanford.edu/articles/dartmouth/dartmouth.pdf</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[SRC-ROSENBLATT-1958] </w:t>
      </w:r>
      <w:r>
        <w:rPr>
          <w:rFonts w:ascii="DejaVu Sans" w:hAnsi="DejaVu Sans" w:eastAsia="DejaVu Sans"/>
          <w:color w:val="1E2528"/>
          <w:sz w:val="17"/>
        </w:rPr>
        <w:t xml:space="preserve">Frank Rosenblatt, The Perceptron: A Probabilistic Model for Information Storage and Organization in the Brain. Psychological Review. 1958. Source primaire. </w:t>
      </w:r>
      <w:hyperlink r:id="rId16">
        <w:r>
          <w:rPr>
            <w:rFonts w:ascii="DejaVu Sans" w:hAnsi="DejaVu Sans" w:eastAsia="DejaVu Sans"/>
            <w:color w:val="234C61"/>
            <w:u w:val="single"/>
            <w:sz w:val="16"/>
          </w:rPr>
          <w:t>https://doi.org/10.1037/h0042519</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[SRC-MINSKY-PAPERT-1969] </w:t>
      </w:r>
      <w:r>
        <w:rPr>
          <w:rFonts w:ascii="DejaVu Sans" w:hAnsi="DejaVu Sans" w:eastAsia="DejaVu Sans"/>
          <w:color w:val="1E2528"/>
          <w:sz w:val="17"/>
        </w:rPr>
        <w:t xml:space="preserve">Marvin Minsky et Seymour Papert, Perceptrons: An Introduction to Computational Geometry. MIT Press, 1969 ; édition augmentée, 1987. Source primaire ; la page de l’éditeur renvoie à l’édition augmentée. </w:t>
      </w:r>
      <w:hyperlink r:id="rId17">
        <w:r>
          <w:rPr>
            <w:rFonts w:ascii="DejaVu Sans" w:hAnsi="DejaVu Sans" w:eastAsia="DejaVu Sans"/>
            <w:color w:val="234C61"/>
            <w:u w:val="single"/>
            <w:sz w:val="16"/>
          </w:rPr>
          <w:t>https://mitpress.mit.edu/9780262631112/perceptrons/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[SRC-RHW-1986] </w:t>
      </w:r>
      <w:r>
        <w:rPr>
          <w:rFonts w:ascii="DejaVu Sans" w:hAnsi="DejaVu Sans" w:eastAsia="DejaVu Sans"/>
          <w:color w:val="1E2528"/>
          <w:sz w:val="17"/>
        </w:rPr>
        <w:t xml:space="preserve">David E. Rumelhart, Geoffrey E. Hinton, Ronald J. Williams, Learning representations by back-propagating errors. Nature. 1986. Source primaire. </w:t>
      </w:r>
      <w:hyperlink r:id="rId18">
        <w:r>
          <w:rPr>
            <w:rFonts w:ascii="DejaVu Sans" w:hAnsi="DejaVu Sans" w:eastAsia="DejaVu Sans"/>
            <w:color w:val="234C61"/>
            <w:u w:val="single"/>
            <w:sz w:val="16"/>
          </w:rPr>
          <w:t>https://doi.org/10.1038/323533a0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[SRC-IBM-DEEPBLUE] </w:t>
      </w:r>
      <w:r>
        <w:rPr>
          <w:rFonts w:ascii="DejaVu Sans" w:hAnsi="DejaVu Sans" w:eastAsia="DejaVu Sans"/>
          <w:color w:val="1E2528"/>
          <w:sz w:val="17"/>
        </w:rPr>
        <w:t xml:space="preserve">IBM, Deep Blue. 1997. Archives officielles de l’entreprise. Consultation : 2026. </w:t>
      </w:r>
      <w:hyperlink r:id="rId19">
        <w:r>
          <w:rPr>
            <w:rFonts w:ascii="DejaVu Sans" w:hAnsi="DejaVu Sans" w:eastAsia="DejaVu Sans"/>
            <w:color w:val="234C61"/>
            <w:u w:val="single"/>
            <w:sz w:val="16"/>
          </w:rPr>
          <w:t>https://www.ibm.com/history/deep-blue</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[SRC-ALEXNET-2012] </w:t>
      </w:r>
      <w:r>
        <w:rPr>
          <w:rFonts w:ascii="DejaVu Sans" w:hAnsi="DejaVu Sans" w:eastAsia="DejaVu Sans"/>
          <w:color w:val="1E2528"/>
          <w:sz w:val="17"/>
        </w:rPr>
        <w:t xml:space="preserve">Alex Krizhevsky, Ilya Sutskever, Geoffrey E. Hinton, ImageNet Classification with Deep Convolutional Neural Networks. NeurIPS. 2012. Source primaire. </w:t>
      </w:r>
      <w:hyperlink r:id="rId20">
        <w:r>
          <w:rPr>
            <w:rFonts w:ascii="DejaVu Sans" w:hAnsi="DejaVu Sans" w:eastAsia="DejaVu Sans"/>
            <w:color w:val="234C61"/>
            <w:u w:val="single"/>
            <w:sz w:val="16"/>
          </w:rPr>
          <w:t>https://papers.nips.cc/paper/4824-imagenet-classification-with-deep-convolutional-neural-networks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[SRC-TRANSFORMER-2017] </w:t>
      </w:r>
      <w:r>
        <w:rPr>
          <w:rFonts w:ascii="DejaVu Sans" w:hAnsi="DejaVu Sans" w:eastAsia="DejaVu Sans"/>
          <w:color w:val="1E2528"/>
          <w:sz w:val="17"/>
        </w:rPr>
        <w:t xml:space="preserve">Ashish Vaswani et al., Attention Is All You Need. NeurIPS / arXiv. 2017. Source primaire. </w:t>
      </w:r>
      <w:hyperlink r:id="rId21">
        <w:r>
          <w:rPr>
            <w:rFonts w:ascii="DejaVu Sans" w:hAnsi="DejaVu Sans" w:eastAsia="DejaVu Sans"/>
            <w:color w:val="234C61"/>
            <w:u w:val="single"/>
            <w:sz w:val="16"/>
          </w:rPr>
          <w:t>https://arxiv.org/abs/1706.03762</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[SRC-ELIZA-1966] </w:t>
      </w:r>
      <w:r>
        <w:rPr>
          <w:rFonts w:ascii="DejaVu Sans" w:hAnsi="DejaVu Sans" w:eastAsia="DejaVu Sans"/>
          <w:color w:val="1E2528"/>
          <w:sz w:val="17"/>
        </w:rPr>
        <w:t xml:space="preserve">Joseph Weizenbaum, ELIZA - A Computer Program for the Study of Natural Language Communication Between Man and Machine. Communications of the ACM. 1966. Source primaire. </w:t>
      </w:r>
      <w:hyperlink r:id="rId22">
        <w:r>
          <w:rPr>
            <w:rFonts w:ascii="DejaVu Sans" w:hAnsi="DejaVu Sans" w:eastAsia="DejaVu Sans"/>
            <w:color w:val="234C61"/>
            <w:u w:val="single"/>
            <w:sz w:val="16"/>
          </w:rPr>
          <w:t>https://doi.org/10.1145/365153.365168</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[SRC-OPENAI-CHATGPT] </w:t>
      </w:r>
      <w:r>
        <w:rPr>
          <w:rFonts w:ascii="DejaVu Sans" w:hAnsi="DejaVu Sans" w:eastAsia="DejaVu Sans"/>
          <w:color w:val="1E2528"/>
          <w:sz w:val="17"/>
        </w:rPr>
        <w:t xml:space="preserve">OpenAI, Introducing ChatGPT. 2022-11-30. Annonce officielle de l’entreprise. </w:t>
      </w:r>
      <w:hyperlink r:id="rId23">
        <w:r>
          <w:rPr>
            <w:rFonts w:ascii="DejaVu Sans" w:hAnsi="DejaVu Sans" w:eastAsia="DejaVu Sans"/>
            <w:color w:val="234C61"/>
            <w:u w:val="single"/>
            <w:sz w:val="16"/>
          </w:rPr>
          <w:t>https://openai.com/index/chatgpt/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[SRC-DARPA-ARPANET-1969] </w:t>
      </w:r>
      <w:r>
        <w:rPr>
          <w:rFonts w:ascii="DejaVu Sans" w:hAnsi="DejaVu Sans" w:eastAsia="DejaVu Sans"/>
          <w:color w:val="1E2528"/>
          <w:sz w:val="17"/>
        </w:rPr>
        <w:t xml:space="preserve">DARPA, ARPANET. 1969. Archives institutionnelles officielles. Consultation : 2026. </w:t>
      </w:r>
      <w:hyperlink r:id="rId24">
        <w:r>
          <w:rPr>
            <w:rFonts w:ascii="DejaVu Sans" w:hAnsi="DejaVu Sans" w:eastAsia="DejaVu Sans"/>
            <w:color w:val="234C61"/>
            <w:u w:val="single"/>
            <w:sz w:val="16"/>
          </w:rPr>
          <w:t>https://www.darpa.mil/news/features/arpanet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[SRC-ISOC-TCPIP-1983] </w:t>
      </w:r>
      <w:r>
        <w:rPr>
          <w:rFonts w:ascii="DejaVu Sans" w:hAnsi="DejaVu Sans" w:eastAsia="DejaVu Sans"/>
          <w:color w:val="1E2528"/>
          <w:sz w:val="17"/>
        </w:rPr>
        <w:t xml:space="preserve">Internet Society, New Year's Day Marks 30th Anniversary of Major Milestone for Global Internet. 2013-01-01. Documentation institutionnelle. </w:t>
      </w:r>
      <w:hyperlink r:id="rId25">
        <w:r>
          <w:rPr>
            <w:rFonts w:ascii="DejaVu Sans" w:hAnsi="DejaVu Sans" w:eastAsia="DejaVu Sans"/>
            <w:color w:val="234C61"/>
            <w:u w:val="single"/>
            <w:sz w:val="16"/>
          </w:rPr>
          <w:t>https://www.internetsociety.org/news/press-releases/2013/new-years-day-marks-30th-anniversary-of-major-milestone-for-global-internet/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[SRC-CERN-WEB-HISTORY] </w:t>
      </w:r>
      <w:r>
        <w:rPr>
          <w:rFonts w:ascii="DejaVu Sans" w:hAnsi="DejaVu Sans" w:eastAsia="DejaVu Sans"/>
          <w:color w:val="1E2528"/>
          <w:sz w:val="17"/>
        </w:rPr>
        <w:t xml:space="preserve">CERN, A short history of the Web. Archives institutionnelles officielles. Consultation : 2026. </w:t>
      </w:r>
      <w:hyperlink r:id="rId26">
        <w:r>
          <w:rPr>
            <w:rFonts w:ascii="DejaVu Sans" w:hAnsi="DejaVu Sans" w:eastAsia="DejaVu Sans"/>
            <w:color w:val="234C61"/>
            <w:u w:val="single"/>
            <w:sz w:val="16"/>
          </w:rPr>
          <w:t>https://home.cern/science/computing/the-birth-of-the-web/short-history-web/</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[SRC-CERN-WEB-1991] </w:t>
      </w:r>
      <w:r>
        <w:rPr>
          <w:rFonts w:ascii="DejaVu Sans" w:hAnsi="DejaVu Sans" w:eastAsia="DejaVu Sans"/>
          <w:color w:val="1E2528"/>
          <w:sz w:val="17"/>
        </w:rPr>
        <w:t xml:space="preserve">CERN, The open internet and the web. 2013-04-30. Documentation officielle. </w:t>
      </w:r>
      <w:hyperlink r:id="rId27">
        <w:r>
          <w:rPr>
            <w:rFonts w:ascii="DejaVu Sans" w:hAnsi="DejaVu Sans" w:eastAsia="DejaVu Sans"/>
            <w:color w:val="234C61"/>
            <w:u w:val="single"/>
            <w:sz w:val="16"/>
          </w:rPr>
          <w:t>https://home.cern/open-internet-and-web/</w:t>
        </w:r>
      </w:hyperlink>
      <w:r>
        <w:rPr>
          <w:rFonts w:ascii="DejaVu Sans" w:hAnsi="DejaVu Sans" w:eastAsia="DejaVu Sans"/>
          <w:color w:val="1E2528"/>
          <w:sz w:val="17"/>
        </w:rPr>
        <w:t>.</w:t>
      </w:r>
    </w:p>
    <w:p>
      <w:pPr>
        <w:pStyle w:val="Heading1"/>
      </w:pPr>
      <w:r>
        <w:t>Identité numérique, justificatifs et normes</w:t>
      </w:r>
    </w:p>
    <w:p>
      <w:pPr>
        <w:spacing w:after="60"/>
        <w:ind w:left="173" w:hanging="173"/>
      </w:pPr>
      <w:r>
        <w:rPr>
          <w:rFonts w:ascii="DejaVu Sans" w:hAnsi="DejaVu Sans" w:eastAsia="DejaVu Sans"/>
          <w:b/>
          <w:color w:val="B54B2A"/>
          <w:sz w:val="15"/>
        </w:rPr>
        <w:t xml:space="preserve">[SRC-W3C-VC20] </w:t>
      </w:r>
      <w:r>
        <w:rPr>
          <w:rFonts w:ascii="DejaVu Sans" w:hAnsi="DejaVu Sans" w:eastAsia="DejaVu Sans"/>
          <w:color w:val="1E2528"/>
          <w:sz w:val="17"/>
        </w:rPr>
        <w:t xml:space="preserve">W3C Verifiable Credentials Working Group, Verifiable Credentials Data Model v2.0. 2025-05-15. W3C Recommendation. </w:t>
      </w:r>
      <w:hyperlink r:id="rId28">
        <w:r>
          <w:rPr>
            <w:rFonts w:ascii="DejaVu Sans" w:hAnsi="DejaVu Sans" w:eastAsia="DejaVu Sans"/>
            <w:color w:val="234C61"/>
            <w:u w:val="single"/>
            <w:sz w:val="16"/>
          </w:rPr>
          <w:t>https://www.w3.org/TR/vc-data-model-2.0/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[SRC-W3C-DI] </w:t>
      </w:r>
      <w:r>
        <w:rPr>
          <w:rFonts w:ascii="DejaVu Sans" w:hAnsi="DejaVu Sans" w:eastAsia="DejaVu Sans"/>
          <w:color w:val="1E2528"/>
          <w:sz w:val="17"/>
        </w:rPr>
        <w:t xml:space="preserve">W3C Verifiable Credentials Working Group, Verifiable Credential Data Integrity 1.0. 2025-05-15. W3C Recommendation. </w:t>
      </w:r>
      <w:hyperlink r:id="rId29">
        <w:r>
          <w:rPr>
            <w:rFonts w:ascii="DejaVu Sans" w:hAnsi="DejaVu Sans" w:eastAsia="DejaVu Sans"/>
            <w:color w:val="234C61"/>
            <w:u w:val="single"/>
            <w:sz w:val="16"/>
          </w:rPr>
          <w:t>https://www.w3.org/TR/vc-data-integrity/</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[SRC-W3C-JOSE] </w:t>
      </w:r>
      <w:r>
        <w:rPr>
          <w:rFonts w:ascii="DejaVu Sans" w:hAnsi="DejaVu Sans" w:eastAsia="DejaVu Sans"/>
          <w:color w:val="1E2528"/>
          <w:sz w:val="17"/>
        </w:rPr>
        <w:t xml:space="preserve">W3C Verifiable Credentials Working Group, Securing Verifiable Credentials using JOSE and COSE. 2025-05-15. W3C Recommendation. </w:t>
      </w:r>
      <w:hyperlink r:id="rId30">
        <w:r>
          <w:rPr>
            <w:rFonts w:ascii="DejaVu Sans" w:hAnsi="DejaVu Sans" w:eastAsia="DejaVu Sans"/>
            <w:color w:val="234C61"/>
            <w:u w:val="single"/>
            <w:sz w:val="16"/>
          </w:rPr>
          <w:t>https://www.w3.org/TR/vc-jose-cose/</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[SRC-OID4VCI] </w:t>
      </w:r>
      <w:r>
        <w:rPr>
          <w:rFonts w:ascii="DejaVu Sans" w:hAnsi="DejaVu Sans" w:eastAsia="DejaVu Sans"/>
          <w:color w:val="1E2528"/>
          <w:sz w:val="17"/>
        </w:rPr>
        <w:t xml:space="preserve">OpenID Foundation, OpenID for Verifiable Credential Issuance 1.0. 2025-09-16. Final Specification. </w:t>
      </w:r>
      <w:hyperlink r:id="rId31">
        <w:r>
          <w:rPr>
            <w:rFonts w:ascii="DejaVu Sans" w:hAnsi="DejaVu Sans" w:eastAsia="DejaVu Sans"/>
            <w:color w:val="234C61"/>
            <w:u w:val="single"/>
            <w:sz w:val="16"/>
          </w:rPr>
          <w:t>https://openid.net/specs/openid-4-verifiable-credential-issuance-1_0.html</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[SRC-OID4VP] </w:t>
      </w:r>
      <w:r>
        <w:rPr>
          <w:rFonts w:ascii="DejaVu Sans" w:hAnsi="DejaVu Sans" w:eastAsia="DejaVu Sans"/>
          <w:color w:val="1E2528"/>
          <w:sz w:val="17"/>
        </w:rPr>
        <w:t xml:space="preserve">OpenID Foundation, OpenID for Verifiable Presentations 1.0. 2025-07-09. Final Specification. </w:t>
      </w:r>
      <w:hyperlink r:id="rId32">
        <w:r>
          <w:rPr>
            <w:rFonts w:ascii="DejaVu Sans" w:hAnsi="DejaVu Sans" w:eastAsia="DejaVu Sans"/>
            <w:color w:val="234C61"/>
            <w:u w:val="single"/>
            <w:sz w:val="16"/>
          </w:rPr>
          <w:t>https://openid.net/specs/openid-4-verifiable-presentations-1_0.html</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[SRC-NIST-ID4] </w:t>
      </w:r>
      <w:r>
        <w:rPr>
          <w:rFonts w:ascii="DejaVu Sans" w:hAnsi="DejaVu Sans" w:eastAsia="DejaVu Sans"/>
          <w:color w:val="1E2528"/>
          <w:sz w:val="17"/>
        </w:rPr>
        <w:t xml:space="preserve">National Institute of Standards and Technology, Digital Identity Guidelines, NIST SP 800-63-4. 2025-07-31. Norme technique définitive. </w:t>
      </w:r>
      <w:hyperlink r:id="rId33">
        <w:r>
          <w:rPr>
            <w:rFonts w:ascii="DejaVu Sans" w:hAnsi="DejaVu Sans" w:eastAsia="DejaVu Sans"/>
            <w:color w:val="234C61"/>
            <w:u w:val="single"/>
            <w:sz w:val="16"/>
          </w:rPr>
          <w:t>https://doi.org/10.6028/NIST.SP.800-63-4</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[SRC-NIST-8202] </w:t>
      </w:r>
      <w:r>
        <w:rPr>
          <w:rFonts w:ascii="DejaVu Sans" w:hAnsi="DejaVu Sans" w:eastAsia="DejaVu Sans"/>
          <w:color w:val="1E2528"/>
          <w:sz w:val="17"/>
        </w:rPr>
        <w:t xml:space="preserve">Dylan Yaga et al., Blockchain Technology Overview, NISTIR 8202. 2018-10-03. Rapport technique officiel. </w:t>
      </w:r>
      <w:hyperlink r:id="rId34">
        <w:r>
          <w:rPr>
            <w:rFonts w:ascii="DejaVu Sans" w:hAnsi="DejaVu Sans" w:eastAsia="DejaVu Sans"/>
            <w:color w:val="234C61"/>
            <w:u w:val="single"/>
            <w:sz w:val="16"/>
          </w:rPr>
          <w:t>https://doi.org/10.6028/NIST.IR.8202</w:t>
        </w:r>
      </w:hyperlink>
      <w:r>
        <w:rPr>
          <w:rFonts w:ascii="DejaVu Sans" w:hAnsi="DejaVu Sans" w:eastAsia="DejaVu Sans"/>
          <w:color w:val="1E2528"/>
          <w:sz w:val="17"/>
        </w:rPr>
        <w:t>.</w:t>
      </w:r>
    </w:p>
    <w:p>
      <w:pPr>
        <w:pStyle w:val="Heading1"/>
      </w:pPr>
      <w:r>
        <w:t>Santé, société, éducation, travail et développement</w:t>
      </w:r>
    </w:p>
    <w:p>
      <w:pPr>
        <w:spacing w:after="60"/>
        <w:ind w:left="173" w:hanging="173"/>
      </w:pPr>
      <w:r>
        <w:rPr>
          <w:rFonts w:ascii="DejaVu Sans" w:hAnsi="DejaVu Sans" w:eastAsia="DejaVu Sans"/>
          <w:b/>
          <w:color w:val="B54B2A"/>
          <w:sz w:val="15"/>
        </w:rPr>
        <w:t xml:space="preserve">[SRC-WHO-AI-HEALTH21] </w:t>
      </w:r>
      <w:r>
        <w:rPr>
          <w:rFonts w:ascii="DejaVu Sans" w:hAnsi="DejaVu Sans" w:eastAsia="DejaVu Sans"/>
          <w:color w:val="1E2528"/>
          <w:sz w:val="17"/>
        </w:rPr>
        <w:t xml:space="preserve">World Health Organization, Ethics and governance of artificial intelligence for health. 2021-06-28. Lignes directrices institutionnelles. </w:t>
      </w:r>
      <w:hyperlink r:id="rId35">
        <w:r>
          <w:rPr>
            <w:rFonts w:ascii="DejaVu Sans" w:hAnsi="DejaVu Sans" w:eastAsia="DejaVu Sans"/>
            <w:color w:val="234C61"/>
            <w:u w:val="single"/>
            <w:sz w:val="16"/>
          </w:rPr>
          <w:t>https://www.who.int/publications/i/item/9789240029200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[SRC-WHO-AI-REG23] </w:t>
      </w:r>
      <w:r>
        <w:rPr>
          <w:rFonts w:ascii="DejaVu Sans" w:hAnsi="DejaVu Sans" w:eastAsia="DejaVu Sans"/>
          <w:color w:val="1E2528"/>
          <w:sz w:val="17"/>
        </w:rPr>
        <w:t xml:space="preserve">World Health Organization, Regulatory considerations on artificial intelligence for health. 2023-10-19. Cadre institutionnel présentant des considérations réglementaires, et non un règlement. </w:t>
      </w:r>
      <w:hyperlink r:id="rId36">
        <w:r>
          <w:rPr>
            <w:rFonts w:ascii="DejaVu Sans" w:hAnsi="DejaVu Sans" w:eastAsia="DejaVu Sans"/>
            <w:color w:val="234C61"/>
            <w:u w:val="single"/>
            <w:sz w:val="16"/>
          </w:rPr>
          <w:t>https://www.who.int/publications/i/item/9789240078871</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[SRC-WHO-LMM24-25] </w:t>
      </w:r>
      <w:r>
        <w:rPr>
          <w:rFonts w:ascii="DejaVu Sans" w:hAnsi="DejaVu Sans" w:eastAsia="DejaVu Sans"/>
          <w:color w:val="1E2528"/>
          <w:sz w:val="17"/>
        </w:rPr>
        <w:t xml:space="preserve">World Health Organization, Ethics and governance of artificial intelligence for health: Guidance on large multi-modal models. Édition et référence bibliographique de l’OMS : 2024 ; page institutionnelle actuelle datée du 2025-03-25. </w:t>
      </w:r>
      <w:hyperlink r:id="rId37">
        <w:r>
          <w:rPr>
            <w:rFonts w:ascii="DejaVu Sans" w:hAnsi="DejaVu Sans" w:eastAsia="DejaVu Sans"/>
            <w:color w:val="234C61"/>
            <w:u w:val="single"/>
            <w:sz w:val="16"/>
          </w:rPr>
          <w:t>https://www.who.int/publications/i/item/9789240084759</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38">
        <w:r>
          <w:rPr>
            <w:rFonts w:ascii="DejaVu Sans" w:hAnsi="DejaVu Sans" w:eastAsia="DejaVu Sans"/>
            <w:color w:val="234C61"/>
            <w:u w:val="single"/>
            <w:sz w:val="16"/>
          </w:rPr>
          <w:t>https://www.who.int/publications/b/70584</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[SRC-WHO-AI-EU26] </w:t>
      </w:r>
      <w:r>
        <w:rPr>
          <w:rFonts w:ascii="DejaVu Sans" w:hAnsi="DejaVu Sans" w:eastAsia="DejaVu Sans"/>
          <w:color w:val="1E2528"/>
          <w:sz w:val="17"/>
        </w:rPr>
        <w:t xml:space="preserve">WHO Regional Office for Europe, Artificial intelligence is reshaping health systems: state of readiness across the European Union. 2026-04-20. Rapport institutionnel sur l’état de préparation des systèmes de santé des 27 États membres de l’UE ; il ne constitue pas une preuve clinique d’efficacité. WHO/EURO:2026-12707-52481-81471. </w:t>
      </w:r>
      <w:hyperlink r:id="rId39">
        <w:r>
          <w:rPr>
            <w:rFonts w:ascii="DejaVu Sans" w:hAnsi="DejaVu Sans" w:eastAsia="DejaVu Sans"/>
            <w:color w:val="234C61"/>
            <w:u w:val="single"/>
            <w:sz w:val="16"/>
          </w:rPr>
          <w:t>https://www.who.int/europe/publications/i/item/WHO-EURO-2026-12707-52481-81471</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[SRC-WHO-AI-POLICY26] </w:t>
      </w:r>
      <w:r>
        <w:rPr>
          <w:rFonts w:ascii="DejaVu Sans" w:hAnsi="DejaVu Sans" w:eastAsia="DejaVu Sans"/>
          <w:color w:val="1E2528"/>
          <w:sz w:val="17"/>
        </w:rPr>
        <w:t xml:space="preserve">World Health Organization, Artificial intelligence and evidence-informed policy: emerging challenges and opportunities: discussion paper. 2026-04-25. Document technique institutionnel ; il exige un contrôle humain, des évaluations d’impact et le recours au jugement humain. </w:t>
      </w:r>
      <w:hyperlink r:id="rId40">
        <w:r>
          <w:rPr>
            <w:rFonts w:ascii="DejaVu Sans" w:hAnsi="DejaVu Sans" w:eastAsia="DejaVu Sans"/>
            <w:color w:val="234C61"/>
            <w:u w:val="single"/>
            <w:sz w:val="16"/>
          </w:rPr>
          <w:t>https://www.who.int/publications/i/item/B09667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[SRC-MDCG-MDSW25] </w:t>
      </w:r>
      <w:r>
        <w:rPr>
          <w:rFonts w:ascii="DejaVu Sans" w:hAnsi="DejaVu Sans" w:eastAsia="DejaVu Sans"/>
          <w:color w:val="1E2528"/>
          <w:sz w:val="17"/>
        </w:rPr>
        <w:t xml:space="preserve">Medical Device Coordination Group, MDCG 2019-11 rev.1, Guidance on Qualification and Classification of Software in Regulation (EU) 2017/745 - MDR and Regulation (EU) 2017/746 - IVDR. 2025-06-17. Guide officiel de la Commission européenne, et non un acte législatif. </w:t>
      </w:r>
      <w:hyperlink r:id="rId41">
        <w:r>
          <w:rPr>
            <w:rFonts w:ascii="DejaVu Sans" w:hAnsi="DejaVu Sans" w:eastAsia="DejaVu Sans"/>
            <w:color w:val="234C61"/>
            <w:u w:val="single"/>
            <w:sz w:val="16"/>
          </w:rPr>
          <w:t>https://health.ec.europa.eu/document/download/b45335c5-1679-4c71-a91c-fc7a4d37f12b_en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[SRC-MDCG-AIA25] </w:t>
      </w:r>
      <w:r>
        <w:rPr>
          <w:rFonts w:ascii="DejaVu Sans" w:hAnsi="DejaVu Sans" w:eastAsia="DejaVu Sans"/>
          <w:color w:val="1E2528"/>
          <w:sz w:val="17"/>
        </w:rPr>
        <w:t xml:space="preserve">Artificial Intelligence Board / Medical Device Coordination Group, AIB 2025-1 - MDCG 2025-6, Interplay between the Medical Devices Regulation, the In Vitro Diagnostic Medical Devices Regulation and the Artificial Intelligence Act. 2025. Guide conjoint officiel, et non un acte législatif. </w:t>
      </w:r>
      <w:hyperlink r:id="rId42">
        <w:r>
          <w:rPr>
            <w:rFonts w:ascii="DejaVu Sans" w:hAnsi="DejaVu Sans" w:eastAsia="DejaVu Sans"/>
            <w:color w:val="234C61"/>
            <w:u w:val="single"/>
            <w:sz w:val="16"/>
          </w:rPr>
          <w:t>https://health.ec.europa.eu/document/download/b78a17d7-e3cd-4943-851d-e02a2f22bbb4_en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[SRC-WHO-ADOLESCENT25] </w:t>
      </w:r>
      <w:r>
        <w:rPr>
          <w:rFonts w:ascii="DejaVu Sans" w:hAnsi="DejaVu Sans" w:eastAsia="DejaVu Sans"/>
          <w:color w:val="1E2528"/>
          <w:sz w:val="17"/>
        </w:rPr>
        <w:t xml:space="preserve">World Health Organization, Mental health of adolescents. Mis à jour le 2025-09-01. Fiche institutionnelle. </w:t>
      </w:r>
      <w:hyperlink r:id="rId43">
        <w:r>
          <w:rPr>
            <w:rFonts w:ascii="DejaVu Sans" w:hAnsi="DejaVu Sans" w:eastAsia="DejaVu Sans"/>
            <w:color w:val="234C61"/>
            <w:u w:val="single"/>
            <w:sz w:val="16"/>
          </w:rPr>
          <w:t>https://www.who.int/news-room/fact-sheets/detail/adolescent-mental-health</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[SRC-WHO-CONNECTION25] </w:t>
      </w:r>
      <w:r>
        <w:rPr>
          <w:rFonts w:ascii="DejaVu Sans" w:hAnsi="DejaVu Sans" w:eastAsia="DejaVu Sans"/>
          <w:color w:val="1E2528"/>
          <w:sz w:val="17"/>
        </w:rPr>
        <w:t xml:space="preserve">World Health Organization, From loneliness to social connection: charting a path to healthier societies - Report of the WHO Commission on Social Connection. 2025-06-30. Rapport institutionnel. </w:t>
      </w:r>
      <w:hyperlink r:id="rId44">
        <w:r>
          <w:rPr>
            <w:rFonts w:ascii="DejaVu Sans" w:hAnsi="DejaVu Sans" w:eastAsia="DejaVu Sans"/>
            <w:color w:val="234C61"/>
            <w:u w:val="single"/>
            <w:sz w:val="16"/>
          </w:rPr>
          <w:t>https://www.who.int/groups/commission-on-social-connection/report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[SRC-UNICEF-AI-CHILD25] </w:t>
      </w:r>
      <w:r>
        <w:rPr>
          <w:rFonts w:ascii="DejaVu Sans" w:hAnsi="DejaVu Sans" w:eastAsia="DejaVu Sans"/>
          <w:color w:val="1E2528"/>
          <w:sz w:val="17"/>
        </w:rPr>
        <w:t xml:space="preserve">UNICEF Innocenti, Guidance on AI and Children, Version 3.0. 2025-12. Lignes directrices institutionnelles fondées sur les droits de l’enfant. </w:t>
      </w:r>
      <w:hyperlink r:id="rId45">
        <w:r>
          <w:rPr>
            <w:rFonts w:ascii="DejaVu Sans" w:hAnsi="DejaVu Sans" w:eastAsia="DejaVu Sans"/>
            <w:color w:val="234C61"/>
            <w:u w:val="single"/>
            <w:sz w:val="16"/>
          </w:rPr>
          <w:t>https://www.unicef.org/innocenti/reports/policy-guidance-ai-children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[SRC-UNICEF-COMPANIONS26] </w:t>
      </w:r>
      <w:r>
        <w:rPr>
          <w:rFonts w:ascii="DejaVu Sans" w:hAnsi="DejaVu Sans" w:eastAsia="DejaVu Sans"/>
          <w:color w:val="1E2528"/>
          <w:sz w:val="17"/>
        </w:rPr>
        <w:t xml:space="preserve">UNICEF, When AI becomes a friend: Child rights risks, harms, and regulatory responses to AI chatbots and companions. 2026-06. Note d’orientation ; état des lieux réglementaire mis à jour au 2026-05-15, et non une preuve clinique. </w:t>
      </w:r>
      <w:hyperlink r:id="rId46">
        <w:r>
          <w:rPr>
            <w:rFonts w:ascii="DejaVu Sans" w:hAnsi="DejaVu Sans" w:eastAsia="DejaVu Sans"/>
            <w:color w:val="234C61"/>
            <w:u w:val="single"/>
            <w:sz w:val="16"/>
          </w:rPr>
          <w:t>https://www.unicef.org/documents/when-ai-becomes-friend-child-rights-risks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[SRC-FTC-COMPANIONS25] </w:t>
      </w:r>
      <w:r>
        <w:rPr>
          <w:rFonts w:ascii="DejaVu Sans" w:hAnsi="DejaVu Sans" w:eastAsia="DejaVu Sans"/>
          <w:color w:val="1E2528"/>
          <w:sz w:val="17"/>
        </w:rPr>
        <w:t xml:space="preserve">U.S. Federal Trade Commission, FTC Launches Inquiry into AI Chatbots Acting as Companions. 2025-09-11. Acte d’ouverture d’une enquête réglementaire, et non un résultat clinique. </w:t>
      </w:r>
      <w:hyperlink r:id="rId47">
        <w:r>
          <w:rPr>
            <w:rFonts w:ascii="DejaVu Sans" w:hAnsi="DejaVu Sans" w:eastAsia="DejaVu Sans"/>
            <w:color w:val="234C61"/>
            <w:u w:val="single"/>
            <w:sz w:val="16"/>
          </w:rPr>
          <w:t>https://www.ftc.gov/news-events/news/press-releases/2025/09/ftc-launches-inquiry-ai-chatbots-acting-companions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[SRC-UNESCO-GENAI-ED23] </w:t>
      </w:r>
      <w:r>
        <w:rPr>
          <w:rFonts w:ascii="DejaVu Sans" w:hAnsi="DejaVu Sans" w:eastAsia="DejaVu Sans"/>
          <w:color w:val="1E2528"/>
          <w:sz w:val="17"/>
        </w:rPr>
        <w:t xml:space="preserve">UNESCO, Guidance for generative AI in education and research. 2023-09-07, page mise à jour le 2026-01-16. Lignes directrices institutionnelles. </w:t>
      </w:r>
      <w:hyperlink r:id="rId48">
        <w:r>
          <w:rPr>
            <w:rFonts w:ascii="DejaVu Sans" w:hAnsi="DejaVu Sans" w:eastAsia="DejaVu Sans"/>
            <w:color w:val="234C61"/>
            <w:u w:val="single"/>
            <w:sz w:val="16"/>
          </w:rPr>
          <w:t>https://www.unesco.org/en/articles/guidance-generative-ai-education-and-research</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[SRC-ILO-GENAI-JOBS25] </w:t>
      </w:r>
      <w:r>
        <w:rPr>
          <w:rFonts w:ascii="DejaVu Sans" w:hAnsi="DejaVu Sans" w:eastAsia="DejaVu Sans"/>
          <w:color w:val="1E2528"/>
          <w:sz w:val="17"/>
        </w:rPr>
        <w:t xml:space="preserve">Paweł Gmyrek et al., Generative AI and Jobs: A Refined Global Index of Occupational Exposure. ILO Working Paper 140. 2025-05-20. Rapport de recherche institutionnel. </w:t>
      </w:r>
      <w:hyperlink r:id="rId49">
        <w:r>
          <w:rPr>
            <w:rFonts w:ascii="DejaVu Sans" w:hAnsi="DejaVu Sans" w:eastAsia="DejaVu Sans"/>
            <w:color w:val="234C61"/>
            <w:u w:val="single"/>
            <w:sz w:val="16"/>
          </w:rPr>
          <w:t>https://doi.org/10.54394/HETP0387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[SRC-OHMAN-AFTERLIFE18] </w:t>
      </w:r>
      <w:r>
        <w:rPr>
          <w:rFonts w:ascii="DejaVu Sans" w:hAnsi="DejaVu Sans" w:eastAsia="DejaVu Sans"/>
          <w:color w:val="1E2528"/>
          <w:sz w:val="17"/>
        </w:rPr>
        <w:t xml:space="preserve">Carl Öhman, Luciano Floridi, An ethical framework for the digital afterlife industry. Nature Human Behaviour, 2, 318-320. 2018-04-09. Article scientifique. </w:t>
      </w:r>
      <w:hyperlink r:id="rId50">
        <w:r>
          <w:rPr>
            <w:rFonts w:ascii="DejaVu Sans" w:hAnsi="DejaVu Sans" w:eastAsia="DejaVu Sans"/>
            <w:color w:val="234C61"/>
            <w:u w:val="single"/>
            <w:sz w:val="16"/>
          </w:rPr>
          <w:t>https://doi.org/10.1038/s41562-018-0335-2</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[SRC-UNCTAD-TIR25] </w:t>
      </w:r>
      <w:r>
        <w:rPr>
          <w:rFonts w:ascii="DejaVu Sans" w:hAnsi="DejaVu Sans" w:eastAsia="DejaVu Sans"/>
          <w:color w:val="1E2528"/>
          <w:sz w:val="17"/>
        </w:rPr>
        <w:t xml:space="preserve">UN Trade and Development, Technology and Innovation Report 2025: Inclusive artificial intelligence for development. 2025-04-07. Rapport des Nations unies. </w:t>
      </w:r>
      <w:hyperlink r:id="rId51">
        <w:r>
          <w:rPr>
            <w:rFonts w:ascii="DejaVu Sans" w:hAnsi="DejaVu Sans" w:eastAsia="DejaVu Sans"/>
            <w:color w:val="234C61"/>
            <w:u w:val="single"/>
            <w:sz w:val="16"/>
          </w:rPr>
          <w:t>https://unctad.org/publication/technology-and-innovation-report-2025</w:t>
        </w:r>
      </w:hyperlink>
      <w:r>
        <w:rPr>
          <w:rFonts w:ascii="DejaVu Sans" w:hAnsi="DejaVu Sans" w:eastAsia="DejaVu Sans"/>
          <w:color w:val="1E2528"/>
          <w:sz w:val="17"/>
        </w:rPr>
        <w:t>.</w:t>
      </w:r>
    </w:p>
    <w:p>
      <w:pPr>
        <w:pStyle w:val="Heading1"/>
      </w:pPr>
      <w:r>
        <w:t>Énergie, matériaux et géopolitique des infrastructures</w:t>
      </w:r>
    </w:p>
    <w:p>
      <w:pPr>
        <w:spacing w:after="60"/>
        <w:ind w:left="173" w:hanging="173"/>
      </w:pPr>
      <w:r>
        <w:rPr>
          <w:rFonts w:ascii="DejaVu Sans" w:hAnsi="DejaVu Sans" w:eastAsia="DejaVu Sans"/>
          <w:b/>
          <w:color w:val="B54B2A"/>
          <w:sz w:val="15"/>
        </w:rPr>
        <w:t xml:space="preserve">[SRC-IEA-EAI25] </w:t>
      </w:r>
      <w:r>
        <w:rPr>
          <w:rFonts w:ascii="DejaVu Sans" w:hAnsi="DejaVu Sans" w:eastAsia="DejaVu Sans"/>
          <w:color w:val="1E2528"/>
          <w:sz w:val="17"/>
        </w:rPr>
        <w:t xml:space="preserve">International Energy Agency (IEA), Energy and AI. 2025-04-10. Rapport institutionnel. </w:t>
      </w:r>
      <w:hyperlink r:id="rId52">
        <w:r>
          <w:rPr>
            <w:rFonts w:ascii="DejaVu Sans" w:hAnsi="DejaVu Sans" w:eastAsia="DejaVu Sans"/>
            <w:color w:val="234C61"/>
            <w:u w:val="single"/>
            <w:sz w:val="16"/>
          </w:rPr>
          <w:t>https://www.iea.org/reports/energy-and-ai</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[SRC-LBNL-DC24] </w:t>
      </w:r>
      <w:r>
        <w:rPr>
          <w:rFonts w:ascii="DejaVu Sans" w:hAnsi="DejaVu Sans" w:eastAsia="DejaVu Sans"/>
          <w:color w:val="1E2528"/>
          <w:sz w:val="17"/>
        </w:rPr>
        <w:t xml:space="preserve">Arman Shehabi et al., 2024 United States Data Center Energy Usage Report. Lawrence Berkeley National Laboratory / U.S. Department of Energy, 2024-12-19. Rapport technique officiel. DOI 10.71468/P1WC7Q. </w:t>
      </w:r>
      <w:hyperlink r:id="rId53">
        <w:r>
          <w:rPr>
            <w:rFonts w:ascii="DejaVu Sans" w:hAnsi="DejaVu Sans" w:eastAsia="DejaVu Sans"/>
            <w:color w:val="234C61"/>
            <w:u w:val="single"/>
            <w:sz w:val="16"/>
          </w:rPr>
          <w:t>https://eta.lbl.gov/publications/2024-lbnl-data-center-energy-usage-report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[SRC-USGS-WATER] </w:t>
      </w:r>
      <w:r>
        <w:rPr>
          <w:rFonts w:ascii="DejaVu Sans" w:hAnsi="DejaVu Sans" w:eastAsia="DejaVu Sans"/>
          <w:color w:val="1E2528"/>
          <w:sz w:val="17"/>
        </w:rPr>
        <w:t xml:space="preserve">U.S. Geological Survey, Water-Use Terminology. Page officielle. Consultation : 2026-07-15. Définitions opérationnelles du prélèvement (withdrawal) et de l’usage consomptif (consumptive use). </w:t>
      </w:r>
      <w:hyperlink r:id="rId54">
        <w:r>
          <w:rPr>
            <w:rFonts w:ascii="DejaVu Sans" w:hAnsi="DejaVu Sans" w:eastAsia="DejaVu Sans"/>
            <w:color w:val="234C61"/>
            <w:u w:val="single"/>
            <w:sz w:val="16"/>
          </w:rPr>
          <w:t>https://www.usgs.gov/mission-areas/water-resources/science/water-use-terminology</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[SRC-ISO-LCA14040-44] </w:t>
      </w:r>
      <w:r>
        <w:rPr>
          <w:rFonts w:ascii="DejaVu Sans" w:hAnsi="DejaVu Sans" w:eastAsia="DejaVu Sans"/>
          <w:color w:val="1E2528"/>
          <w:sz w:val="17"/>
        </w:rPr>
        <w:t xml:space="preserve">International Organization for Standardization, ISO 14040:2006, Environmental management - Life cycle assessment - Principles and framework; ISO 14044:2006, Environmental management - Life cycle assessment - Requirements and guidelines. Éditions en vigueur confirmées en 2022. Normes méthodologiques. </w:t>
      </w:r>
      <w:hyperlink r:id="rId55">
        <w:r>
          <w:rPr>
            <w:rFonts w:ascii="DejaVu Sans" w:hAnsi="DejaVu Sans" w:eastAsia="DejaVu Sans"/>
            <w:color w:val="234C61"/>
            <w:u w:val="single"/>
            <w:sz w:val="16"/>
          </w:rPr>
          <w:t>https://www.iso.org/standard/37456.html</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56">
        <w:r>
          <w:rPr>
            <w:rFonts w:ascii="DejaVu Sans" w:hAnsi="DejaVu Sans" w:eastAsia="DejaVu Sans"/>
            <w:color w:val="234C61"/>
            <w:u w:val="single"/>
            <w:sz w:val="16"/>
          </w:rPr>
          <w:t>https://www.iso.org/standard/38498.html</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[SRC-USGS-MCS26] </w:t>
      </w:r>
      <w:r>
        <w:rPr>
          <w:rFonts w:ascii="DejaVu Sans" w:hAnsi="DejaVu Sans" w:eastAsia="DejaVu Sans"/>
          <w:color w:val="1E2528"/>
          <w:sz w:val="17"/>
        </w:rPr>
        <w:t xml:space="preserve">U.S. Geological Survey, Mineral Commodity Summaries 2026. Version 1.3, mai 2026. Rapport officiel. </w:t>
      </w:r>
      <w:hyperlink r:id="rId57">
        <w:r>
          <w:rPr>
            <w:rFonts w:ascii="DejaVu Sans" w:hAnsi="DejaVu Sans" w:eastAsia="DejaVu Sans"/>
            <w:color w:val="234C61"/>
            <w:u w:val="single"/>
            <w:sz w:val="16"/>
          </w:rPr>
          <w:t>https://doi.org/10.3133/mcs2026</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[SRC-IEA-CM25] </w:t>
      </w:r>
      <w:r>
        <w:rPr>
          <w:rFonts w:ascii="DejaVu Sans" w:hAnsi="DejaVu Sans" w:eastAsia="DejaVu Sans"/>
          <w:color w:val="1E2528"/>
          <w:sz w:val="17"/>
        </w:rPr>
        <w:t xml:space="preserve">International Energy Agency (IEA), Global Critical Minerals Outlook 2025. 2025. Rapport institutionnel. </w:t>
      </w:r>
      <w:hyperlink r:id="rId58">
        <w:r>
          <w:rPr>
            <w:rFonts w:ascii="DejaVu Sans" w:hAnsi="DejaVu Sans" w:eastAsia="DejaVu Sans"/>
            <w:color w:val="234C61"/>
            <w:u w:val="single"/>
            <w:sz w:val="16"/>
          </w:rPr>
          <w:t>https://www.iea.org/reports/global-critical-minerals-outlook-2025</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[SRC-UNITAR-EW24] </w:t>
      </w:r>
      <w:r>
        <w:rPr>
          <w:rFonts w:ascii="DejaVu Sans" w:hAnsi="DejaVu Sans" w:eastAsia="DejaVu Sans"/>
          <w:color w:val="1E2528"/>
          <w:sz w:val="17"/>
        </w:rPr>
        <w:t xml:space="preserve">UNITAR SCYCLE et International Telecommunication Union, Global E-waste Monitor 2024. 2024-03-20. Rapport des Nations unies. </w:t>
      </w:r>
      <w:hyperlink r:id="rId59">
        <w:r>
          <w:rPr>
            <w:rFonts w:ascii="DejaVu Sans" w:hAnsi="DejaVu Sans" w:eastAsia="DejaVu Sans"/>
            <w:color w:val="234C61"/>
            <w:u w:val="single"/>
            <w:sz w:val="16"/>
          </w:rPr>
          <w:t>https://www.itu.int/hub/publication/d-gen-e_waste-01-2024/</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[SRC-STARCLOUD1-25] </w:t>
      </w:r>
      <w:r>
        <w:rPr>
          <w:rFonts w:ascii="DejaVu Sans" w:hAnsi="DejaVu Sans" w:eastAsia="DejaVu Sans"/>
          <w:color w:val="1E2528"/>
          <w:sz w:val="17"/>
        </w:rPr>
        <w:t xml:space="preserve">Starcloud, Starcloud-1. Page de l’entreprise consacrée à ses propres activités ; elle déclare que le satellite a été lancé en novembre 2025, sans démontrer le passage à l’échelle ni la viabilité commerciale. Consultation : 2026-07-17. </w:t>
      </w:r>
      <w:hyperlink r:id="rId60">
        <w:r>
          <w:rPr>
            <w:rFonts w:ascii="DejaVu Sans" w:hAnsi="DejaVu Sans" w:eastAsia="DejaVu Sans"/>
            <w:color w:val="234C61"/>
            <w:u w:val="single"/>
            <w:sz w:val="16"/>
          </w:rPr>
          <w:t>https://www.starcloud.com/starcloud-1</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[SRC-AXIOM-ODC26] </w:t>
      </w:r>
      <w:r>
        <w:rPr>
          <w:rFonts w:ascii="DejaVu Sans" w:hAnsi="DejaVu Sans" w:eastAsia="DejaVu Sans"/>
          <w:color w:val="1E2528"/>
          <w:sz w:val="17"/>
        </w:rPr>
        <w:t xml:space="preserve">Axiom Space, Orbital Data Centers. Page de l’entreprise consacrée à ses propres activités ; elle déclare que les deux premiers nœuds dédiés ont été lancés en orbite terrestre basse le 11 janvier 2026. Consultation : 2026-07-17. </w:t>
      </w:r>
      <w:hyperlink r:id="rId61">
        <w:r>
          <w:rPr>
            <w:rFonts w:ascii="DejaVu Sans" w:hAnsi="DejaVu Sans" w:eastAsia="DejaVu Sans"/>
            <w:color w:val="234C61"/>
            <w:u w:val="single"/>
            <w:sz w:val="16"/>
          </w:rPr>
          <w:t>https://www.axiomspace.com/orbital-data-center</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[SRC-GOOGLE-SUNCATCHER25] </w:t>
      </w:r>
      <w:r>
        <w:rPr>
          <w:rFonts w:ascii="DejaVu Sans" w:hAnsi="DejaVu Sans" w:eastAsia="DejaVu Sans"/>
          <w:color w:val="1E2528"/>
          <w:sz w:val="17"/>
        </w:rPr>
        <w:t xml:space="preserve">Google Research, Exploring a space-based, scalable AI infrastructure system design. 2025-11-04. Annonce de l’entreprise concernant le Project Suncatcher ; les deux satellites prototypes prévus pour le début de 2027 restent un projet annoncé, et non un lancement effectué. Consultation : 2026-07-17. </w:t>
      </w:r>
      <w:hyperlink r:id="rId62">
        <w:r>
          <w:rPr>
            <w:rFonts w:ascii="DejaVu Sans" w:hAnsi="DejaVu Sans" w:eastAsia="DejaVu Sans"/>
            <w:color w:val="234C61"/>
            <w:u w:val="single"/>
            <w:sz w:val="16"/>
          </w:rPr>
          <w:t>https://research.google/blog/exploring-a-space-based-scalable-ai-infrastructure-system-design/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[SRC-CORDIS-ASCEND] </w:t>
      </w:r>
      <w:r>
        <w:rPr>
          <w:rFonts w:ascii="DejaVu Sans" w:hAnsi="DejaVu Sans" w:eastAsia="DejaVu Sans"/>
          <w:color w:val="1E2528"/>
          <w:sz w:val="17"/>
        </w:rPr>
        <w:t xml:space="preserve">Commission européenne, CORDIS, Advanced Space Cloud for European Net zero emissions and Data sovereignty (ASCEND), grant agreement 101082517: Fact Sheet et Periodic Reporting. Projet : 2023-01-01-2024-04-30 ; rapport mis à jour : 2026-01-14. Fiche et rapport institutionnels de faisabilité ; ces documents ne constituent pas une source technique indépendante. DOI du projet 10.3030/101082517. Consultation : 2026-07-17. </w:t>
      </w:r>
      <w:hyperlink r:id="rId63">
        <w:r>
          <w:rPr>
            <w:rFonts w:ascii="DejaVu Sans" w:hAnsi="DejaVu Sans" w:eastAsia="DejaVu Sans"/>
            <w:color w:val="234C61"/>
            <w:u w:val="single"/>
            <w:sz w:val="16"/>
          </w:rPr>
          <w:t>https://cordis.europa.eu/project/id/101082517</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64">
        <w:r>
          <w:rPr>
            <w:rFonts w:ascii="DejaVu Sans" w:hAnsi="DejaVu Sans" w:eastAsia="DejaVu Sans"/>
            <w:color w:val="234C61"/>
            <w:u w:val="single"/>
            <w:sz w:val="16"/>
          </w:rPr>
          <w:t>https://cordis.europa.eu/project/id/101082517/reporting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[SRC-TURYSHEV-ODC26] </w:t>
      </w:r>
      <w:r>
        <w:rPr>
          <w:rFonts w:ascii="DejaVu Sans" w:hAnsi="DejaVu Sans" w:eastAsia="DejaVu Sans"/>
          <w:color w:val="1E2528"/>
          <w:sz w:val="17"/>
        </w:rPr>
        <w:t xml:space="preserve">Slava G. Turyshev, Orbital Data Centers: Spacecraft Constraints and Economic Viability. 2026-04-29. Prépublication technique indépendante, arXiv:2604.27197. DOI 10.48550/arXiv.2604.27197. Consultation : 2026-07-17. </w:t>
      </w:r>
      <w:hyperlink r:id="rId65">
        <w:r>
          <w:rPr>
            <w:rFonts w:ascii="DejaVu Sans" w:hAnsi="DejaVu Sans" w:eastAsia="DejaVu Sans"/>
            <w:color w:val="234C61"/>
            <w:u w:val="single"/>
            <w:sz w:val="16"/>
          </w:rPr>
          <w:t>https://arxiv.org/abs/2604.27197</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66">
        <w:r>
          <w:rPr>
            <w:rFonts w:ascii="DejaVu Sans" w:hAnsi="DejaVu Sans" w:eastAsia="DejaVu Sans"/>
            <w:color w:val="234C61"/>
            <w:u w:val="single"/>
            <w:sz w:val="16"/>
          </w:rPr>
          <w:t>https://doi.org/10.48550/arXiv.2604.27197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[SRC-ALAHMAD-SBDC26] </w:t>
      </w:r>
      <w:r>
        <w:rPr>
          <w:rFonts w:ascii="DejaVu Sans" w:hAnsi="DejaVu Sans" w:eastAsia="DejaVu Sans"/>
          <w:color w:val="1E2528"/>
          <w:sz w:val="17"/>
        </w:rPr>
        <w:t xml:space="preserve">Mahmoud Al Ahmad, Qurban Memon et Michael Pecht, Reliability and Risk in Space-Based Data Centers: A Lifecycle Assessment of Orbital Cloud Infrastructure. Applied Sciences, 16(11), 5247. 2026-05-23. Article technique indépendant évalué par les pairs. DOI 10.3390/app16115247. Consultation : 2026-07-17. </w:t>
      </w:r>
      <w:hyperlink r:id="rId67">
        <w:r>
          <w:rPr>
            <w:rFonts w:ascii="DejaVu Sans" w:hAnsi="DejaVu Sans" w:eastAsia="DejaVu Sans"/>
            <w:color w:val="234C61"/>
            <w:u w:val="single"/>
            <w:sz w:val="16"/>
          </w:rPr>
          <w:t>https://www.mdpi.com/2076-3417/16/11/5247</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68">
        <w:r>
          <w:rPr>
            <w:rFonts w:ascii="DejaVu Sans" w:hAnsi="DejaVu Sans" w:eastAsia="DejaVu Sans"/>
            <w:color w:val="234C61"/>
            <w:u w:val="single"/>
            <w:sz w:val="16"/>
          </w:rPr>
          <w:t>https://doi.org/10.3390/app16115247</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[SRC-WILSON-LCSA23] </w:t>
      </w:r>
      <w:r>
        <w:rPr>
          <w:rFonts w:ascii="DejaVu Sans" w:hAnsi="DejaVu Sans" w:eastAsia="DejaVu Sans"/>
          <w:color w:val="1E2528"/>
          <w:sz w:val="17"/>
        </w:rPr>
        <w:t xml:space="preserve">Andrew R. Wilson, Massimiliano Vasile, Christie Maddock et Keith Baker, Implementing life cycle sustainability assessment for improved space mission design. Integrated Environmental Assessment and Management, 19, 1002-1022, 2023. Article technique indépendant évalué par les pairs. DOI 10.1002/ieam.4722. Consultation : 2026-07-17. </w:t>
      </w:r>
      <w:hyperlink r:id="rId69">
        <w:r>
          <w:rPr>
            <w:rFonts w:ascii="DejaVu Sans" w:hAnsi="DejaVu Sans" w:eastAsia="DejaVu Sans"/>
            <w:color w:val="234C61"/>
            <w:u w:val="single"/>
            <w:sz w:val="16"/>
          </w:rPr>
          <w:t>https://onlinelibrary.wiley.com/doi/10.1002/ieam.4722</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70">
        <w:r>
          <w:rPr>
            <w:rFonts w:ascii="DejaVu Sans" w:hAnsi="DejaVu Sans" w:eastAsia="DejaVu Sans"/>
            <w:color w:val="234C61"/>
            <w:u w:val="single"/>
            <w:sz w:val="16"/>
          </w:rPr>
          <w:t>https://doi.org/10.1002/ieam.4722</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[SRC-MURPHY-REENTRY23] </w:t>
      </w:r>
      <w:r>
        <w:rPr>
          <w:rFonts w:ascii="DejaVu Sans" w:hAnsi="DejaVu Sans" w:eastAsia="DejaVu Sans"/>
          <w:color w:val="1E2528"/>
          <w:sz w:val="17"/>
        </w:rPr>
        <w:t xml:space="preserve">Daniel M. Murphy et al., Metals from spacecraft reentry in stratospheric aerosol particles. Proceedings of the National Academy of Sciences, 120(43), 2023. Article scientifique indépendant évalué par les pairs ; copie dans le dépôt institutionnel de la NOAA. DOI 10.1073/pnas.2313374120. Consultation : 2026-07-17. </w:t>
      </w:r>
      <w:hyperlink r:id="rId71">
        <w:r>
          <w:rPr>
            <w:rFonts w:ascii="DejaVu Sans" w:hAnsi="DejaVu Sans" w:eastAsia="DejaVu Sans"/>
            <w:color w:val="234C61"/>
            <w:u w:val="single"/>
            <w:sz w:val="16"/>
          </w:rPr>
          <w:t>https://repository.library.noaa.gov/view/noaa/58476</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72">
        <w:r>
          <w:rPr>
            <w:rFonts w:ascii="DejaVu Sans" w:hAnsi="DejaVu Sans" w:eastAsia="DejaVu Sans"/>
            <w:color w:val="234C61"/>
            <w:u w:val="single"/>
            <w:sz w:val="16"/>
          </w:rPr>
          <w:t>https://doi.org/10.1073/pnas.2313374120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[SRC-KPA-MOMBASA] </w:t>
      </w:r>
      <w:r>
        <w:rPr>
          <w:rFonts w:ascii="DejaVu Sans" w:hAnsi="DejaVu Sans" w:eastAsia="DejaVu Sans"/>
          <w:color w:val="1E2528"/>
          <w:sz w:val="17"/>
        </w:rPr>
        <w:t xml:space="preserve">Kenya Ports Authority, Port of Mombasa. Page institutionnelle consacrée à la liaison multimodale entre le port et son arrière-pays. Consultation : 2026-07-17. </w:t>
      </w:r>
      <w:hyperlink r:id="rId73">
        <w:r>
          <w:rPr>
            <w:rFonts w:ascii="DejaVu Sans" w:hAnsi="DejaVu Sans" w:eastAsia="DejaVu Sans"/>
            <w:color w:val="234C61"/>
            <w:u w:val="single"/>
            <w:sz w:val="16"/>
          </w:rPr>
          <w:t>https://kpa.co.ke/Ports/PortOfMombasa</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[SRC-NCTTCA-NORTHERN-CORRIDOR] </w:t>
      </w:r>
      <w:r>
        <w:rPr>
          <w:rFonts w:ascii="DejaVu Sans" w:hAnsi="DejaVu Sans" w:eastAsia="DejaVu Sans"/>
          <w:color w:val="1E2528"/>
          <w:sz w:val="17"/>
        </w:rPr>
        <w:t xml:space="preserve">Northern Corridor Transit and Transport Coordination Authority, Who We Are. Page institutionnelle consacrée au Corridor Nord entre le port de Mombasa et les pays sans littoral de la région des Grands Lacs. Consultation : 2026-07-17. </w:t>
      </w:r>
      <w:hyperlink r:id="rId74">
        <w:r>
          <w:rPr>
            <w:rFonts w:ascii="DejaVu Sans" w:hAnsi="DejaVu Sans" w:eastAsia="DejaVu Sans"/>
            <w:color w:val="234C61"/>
            <w:u w:val="single"/>
            <w:sz w:val="16"/>
          </w:rPr>
          <w:t>https://www.ttcanc.org/node/70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[SRC-NIST-CHIPS-SUPPLY] </w:t>
      </w:r>
      <w:r>
        <w:rPr>
          <w:rFonts w:ascii="DejaVu Sans" w:hAnsi="DejaVu Sans" w:eastAsia="DejaVu Sans"/>
          <w:color w:val="1E2528"/>
          <w:sz w:val="17"/>
        </w:rPr>
        <w:t xml:space="preserve">NIST, Vision for Success: Facilities for Semiconductor Materials and Manufacturing Equipment. NIST / CHIPS for America. 2023-06-22. Documentation officielle. </w:t>
      </w:r>
      <w:hyperlink r:id="rId75">
        <w:r>
          <w:rPr>
            <w:rFonts w:ascii="DejaVu Sans" w:hAnsi="DejaVu Sans" w:eastAsia="DejaVu Sans"/>
            <w:color w:val="234C61"/>
            <w:u w:val="single"/>
            <w:sz w:val="16"/>
          </w:rPr>
          <w:t>https://www.nist.gov/chips/vision-success-facilities-semiconductor-materials-and-manufacturing-equipment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[SRC-GAO-SEMI22] </w:t>
      </w:r>
      <w:r>
        <w:rPr>
          <w:rFonts w:ascii="DejaVu Sans" w:hAnsi="DejaVu Sans" w:eastAsia="DejaVu Sans"/>
          <w:color w:val="1E2528"/>
          <w:sz w:val="17"/>
        </w:rPr>
        <w:t xml:space="preserve">U.S. Government Accountability Office, Semiconductor Supply Chain: Policy Considerations from Selected Experts for Reducing Risks and Mitigating Shortages. 2022-07-26. Rapport officiel. </w:t>
      </w:r>
      <w:hyperlink r:id="rId76">
        <w:r>
          <w:rPr>
            <w:rFonts w:ascii="DejaVu Sans" w:hAnsi="DejaVu Sans" w:eastAsia="DejaVu Sans"/>
            <w:color w:val="234C61"/>
            <w:u w:val="single"/>
            <w:sz w:val="16"/>
          </w:rPr>
          <w:t>https://www.gao.gov/products/gao-22-105923</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[SRC-EU-CHIPS] </w:t>
      </w:r>
      <w:r>
        <w:rPr>
          <w:rFonts w:ascii="DejaVu Sans" w:hAnsi="DejaVu Sans" w:eastAsia="DejaVu Sans"/>
          <w:color w:val="1E2528"/>
          <w:sz w:val="17"/>
        </w:rPr>
        <w:t xml:space="preserve">Commission européenne, European Chips Act. Page institutionnelle consacrée au cadre en vigueur ; il ne s’agit pas d’un acte normatif. Consultation : 2026. </w:t>
      </w:r>
      <w:hyperlink r:id="rId77">
        <w:r>
          <w:rPr>
            <w:rFonts w:ascii="DejaVu Sans" w:hAnsi="DejaVu Sans" w:eastAsia="DejaVu Sans"/>
            <w:color w:val="234C61"/>
            <w:u w:val="single"/>
            <w:sz w:val="16"/>
          </w:rPr>
          <w:t>https://digital-strategy.ec.europa.eu/en/policies/european-chips-act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[SRC-EU-CHIPS2-26] </w:t>
      </w:r>
      <w:r>
        <w:rPr>
          <w:rFonts w:ascii="DejaVu Sans" w:hAnsi="DejaVu Sans" w:eastAsia="DejaVu Sans"/>
          <w:color w:val="1E2528"/>
          <w:sz w:val="17"/>
        </w:rPr>
        <w:t xml:space="preserve">Commission européenne, Proposal for the Chips Act 2.0. 2026-06-03. Proposition législative, et non un texte de droit en vigueur. </w:t>
      </w:r>
      <w:hyperlink r:id="rId78">
        <w:r>
          <w:rPr>
            <w:rFonts w:ascii="DejaVu Sans" w:hAnsi="DejaVu Sans" w:eastAsia="DejaVu Sans"/>
            <w:color w:val="234C61"/>
            <w:u w:val="single"/>
            <w:sz w:val="16"/>
          </w:rPr>
          <w:t>https://digital-strategy.ec.europa.eu/en/library/proposal-chips-act-20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[SRC-BIS-AC26] </w:t>
      </w:r>
      <w:r>
        <w:rPr>
          <w:rFonts w:ascii="DejaVu Sans" w:hAnsi="DejaVu Sans" w:eastAsia="DejaVu Sans"/>
          <w:color w:val="1E2528"/>
          <w:sz w:val="17"/>
        </w:rPr>
        <w:t xml:space="preserve">U.S. Bureau of Industry and Security, Revision to License Review Policy for Advanced Computing Commodities. Règle définitive, 91 FR 1684, 15 CFR parts 742, 744 et 748, publiée et entrée en vigueur le 2026-01-15 ; Extension of Authorized Integrated Circuit Designer Status, 91 FR 17851, publiée le 2026-04-09 et entrée en vigueur le 2026-04-07 ; Guidance on Advanced Computing Items, FAQ de 2026-05. Actes et lignes directrices officiels ; leur application doit être vérifiée au regard des EAR en vigueur et de la transaction concernée. Consultation : 2026-07-17. </w:t>
      </w:r>
      <w:hyperlink r:id="rId79">
        <w:r>
          <w:rPr>
            <w:rFonts w:ascii="DejaVu Sans" w:hAnsi="DejaVu Sans" w:eastAsia="DejaVu Sans"/>
            <w:color w:val="234C61"/>
            <w:u w:val="single"/>
            <w:sz w:val="16"/>
          </w:rPr>
          <w:t>https://www.federalregister.gov/documents/2026/01/15/2026-00789/revision-to-license-review-policy-for-advanced-computing-commodities</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0">
        <w:r>
          <w:rPr>
            <w:rFonts w:ascii="DejaVu Sans" w:hAnsi="DejaVu Sans" w:eastAsia="DejaVu Sans"/>
            <w:color w:val="234C61"/>
            <w:u w:val="single"/>
            <w:sz w:val="16"/>
          </w:rPr>
          <w:t>https://www.bis.gov/regulations/federal-register-notices</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1">
        <w:r>
          <w:rPr>
            <w:rFonts w:ascii="DejaVu Sans" w:hAnsi="DejaVu Sans" w:eastAsia="DejaVu Sans"/>
            <w:color w:val="234C61"/>
            <w:u w:val="single"/>
            <w:sz w:val="16"/>
          </w:rPr>
          <w:t>https://www.bis.gov/regulations/ear/744</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2">
        <w:r>
          <w:rPr>
            <w:rFonts w:ascii="DejaVu Sans" w:hAnsi="DejaVu Sans" w:eastAsia="DejaVu Sans"/>
            <w:color w:val="234C61"/>
            <w:u w:val="single"/>
            <w:sz w:val="16"/>
          </w:rPr>
          <w:t>https://www.bis.gov/regulations/ear/748</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[SRC-ITU-CABLES26] </w:t>
      </w:r>
      <w:r>
        <w:rPr>
          <w:rFonts w:ascii="DejaVu Sans" w:hAnsi="DejaVu Sans" w:eastAsia="DejaVu Sans"/>
          <w:color w:val="1E2528"/>
          <w:sz w:val="17"/>
        </w:rPr>
        <w:t xml:space="preserve">International Telecommunication Union et International Cable Protection Committee, International Advisory Body on Submarine Cable Resilience - Report of the Working Groups 2026. Approuvé le 2026-07-10. Rapport institutionnel final. </w:t>
      </w:r>
      <w:hyperlink r:id="rId83">
        <w:r>
          <w:rPr>
            <w:rFonts w:ascii="DejaVu Sans" w:hAnsi="DejaVu Sans" w:eastAsia="DejaVu Sans"/>
            <w:color w:val="234C61"/>
            <w:u w:val="single"/>
            <w:sz w:val="16"/>
          </w:rPr>
          <w:t>https://www.itu.int/hub/publication/s-iab-wg-2026/</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[SRC-CMA-CLOUD25] </w:t>
      </w:r>
      <w:r>
        <w:rPr>
          <w:rFonts w:ascii="DejaVu Sans" w:hAnsi="DejaVu Sans" w:eastAsia="DejaVu Sans"/>
          <w:color w:val="1E2528"/>
          <w:sz w:val="17"/>
        </w:rPr>
        <w:t xml:space="preserve">UK Competition and Markets Authority, Cloud services market investigation - final decision. 2025-07-31. Décision réglementaire définitive sur le marché britannique de l’infrastructure de cloud public ; mise à jour : Actions on cloud and business software through the UK digital markets competition regime, 2026-03-31, et ouverture de l’enquête SMS sur l’écosystème logiciel de Microsoft, 2026-05-14. </w:t>
      </w:r>
      <w:hyperlink r:id="rId84">
        <w:r>
          <w:rPr>
            <w:rFonts w:ascii="DejaVu Sans" w:hAnsi="DejaVu Sans" w:eastAsia="DejaVu Sans"/>
            <w:color w:val="234C61"/>
            <w:u w:val="single"/>
            <w:sz w:val="16"/>
          </w:rPr>
          <w:t>https://www.gov.uk/cma-cases/cloud-services-market-investigation</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85">
        <w:r>
          <w:rPr>
            <w:rFonts w:ascii="DejaVu Sans" w:hAnsi="DejaVu Sans" w:eastAsia="DejaVu Sans"/>
            <w:color w:val="234C61"/>
            <w:u w:val="single"/>
            <w:sz w:val="16"/>
          </w:rPr>
          <w:t>https://www.gov.uk/government/publications/business-software-and-cloud-services</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[SRC-ENISA-TL25] </w:t>
      </w:r>
      <w:r>
        <w:rPr>
          <w:rFonts w:ascii="DejaVu Sans" w:hAnsi="DejaVu Sans" w:eastAsia="DejaVu Sans"/>
          <w:color w:val="1E2528"/>
          <w:sz w:val="17"/>
        </w:rPr>
        <w:t xml:space="preserve">ENISA, ENISA Threat Landscape 2025. 2025-10-01. Rapport officiel. </w:t>
      </w:r>
      <w:hyperlink r:id="rId86">
        <w:r>
          <w:rPr>
            <w:rFonts w:ascii="DejaVu Sans" w:hAnsi="DejaVu Sans" w:eastAsia="DejaVu Sans"/>
            <w:color w:val="234C61"/>
            <w:u w:val="single"/>
            <w:sz w:val="16"/>
          </w:rPr>
          <w:t>https://www.enisa.europa.eu/publications/enisa-threat-landscape-2025</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[SRC-ENISA-FRONTIER26] </w:t>
      </w:r>
      <w:r>
        <w:rPr>
          <w:rFonts w:ascii="DejaVu Sans" w:hAnsi="DejaVu Sans" w:eastAsia="DejaVu Sans"/>
          <w:color w:val="1E2528"/>
          <w:sz w:val="17"/>
        </w:rPr>
        <w:t xml:space="preserve">ENISA, ENISA’s view on Cybersecurity in the Frontier AI Era. 2026-07-07. Rapport officiel assorti de premières recommandations relatives aux capacités opérationnelles contre des menaces évoluant à la vitesse des machines ; il ne remplace pas le Threat Landscape annuel. </w:t>
      </w:r>
      <w:hyperlink r:id="rId87">
        <w:r>
          <w:rPr>
            <w:rFonts w:ascii="DejaVu Sans" w:hAnsi="DejaVu Sans" w:eastAsia="DejaVu Sans"/>
            <w:color w:val="234C61"/>
            <w:u w:val="single"/>
            <w:sz w:val="16"/>
          </w:rPr>
          <w:t>https://www.enisa.europa.eu/publications/enisas-view-on-cybersecurity-in-the-frontier-ai-era</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[SRC-UN-CYBER] </w:t>
      </w:r>
      <w:r>
        <w:rPr>
          <w:rFonts w:ascii="DejaVu Sans" w:hAnsi="DejaVu Sans" w:eastAsia="DejaVu Sans"/>
          <w:color w:val="1E2528"/>
          <w:sz w:val="17"/>
        </w:rPr>
        <w:t xml:space="preserve">Nations unies, Final substantive report of the Open-ended Working Group on developments in the field of information and telecommunications in the context of international security, A/75/816. 2021-03-18. Rapport officiel des Nations unies. </w:t>
      </w:r>
      <w:hyperlink r:id="rId88">
        <w:r>
          <w:rPr>
            <w:rFonts w:ascii="DejaVu Sans" w:hAnsi="DejaVu Sans" w:eastAsia="DejaVu Sans"/>
            <w:color w:val="234C61"/>
            <w:u w:val="single"/>
            <w:sz w:val="16"/>
          </w:rPr>
          <w:t>https://digitallibrary.un.org/record/3908015</w:t>
        </w:r>
      </w:hyperlink>
      <w:r>
        <w:rPr>
          <w:rFonts w:ascii="DejaVu Sans" w:hAnsi="DejaVu Sans" w:eastAsia="DejaVu Sans"/>
          <w:color w:val="1E2528"/>
          <w:sz w:val="17"/>
        </w:rPr>
        <w:t>.</w:t>
      </w:r>
    </w:p>
    <w:p>
      <w:pPr>
        <w:pStyle w:val="Heading1"/>
      </w:pPr>
      <w:r>
        <w:t>Droit, réglementation et lignes directrices institutionnelles</w:t>
      </w:r>
    </w:p>
    <w:p>
      <w:pPr>
        <w:spacing w:after="60"/>
        <w:ind w:left="173" w:hanging="173"/>
      </w:pPr>
      <w:r>
        <w:rPr>
          <w:rFonts w:ascii="DejaVu Sans" w:hAnsi="DejaVu Sans" w:eastAsia="DejaVu Sans"/>
          <w:b/>
          <w:color w:val="B54B2A"/>
          <w:sz w:val="15"/>
        </w:rPr>
        <w:t xml:space="preserve">[SRC-LIARS-DIVIDEND] </w:t>
      </w:r>
      <w:r>
        <w:rPr>
          <w:rFonts w:ascii="DejaVu Sans" w:hAnsi="DejaVu Sans" w:eastAsia="DejaVu Sans"/>
          <w:color w:val="1E2528"/>
          <w:sz w:val="17"/>
        </w:rPr>
        <w:t xml:space="preserve">Robert Chesney et Danielle Keats Citron, Deep Fakes: A Looming Challenge for Privacy, Democracy, and National Security. California Law Review, vol. 107, 2019, pp. 1753-1819. Source primaire du concept de « liar’s dividend » ; DOI 10.15779/Z38RV0D15J. </w:t>
      </w:r>
      <w:hyperlink r:id="rId89">
        <w:r>
          <w:rPr>
            <w:rFonts w:ascii="DejaVu Sans" w:hAnsi="DejaVu Sans" w:eastAsia="DejaVu Sans"/>
            <w:color w:val="234C61"/>
            <w:u w:val="single"/>
            <w:sz w:val="16"/>
          </w:rPr>
          <w:t>https://www.californialawreview.org/print/deep-fakes-a-looming-challenge-for-privacy-democracy-and-national-security</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[SRC-S34-001] </w:t>
      </w:r>
      <w:r>
        <w:rPr>
          <w:rFonts w:ascii="DejaVu Sans" w:hAnsi="DejaVu Sans" w:eastAsia="DejaVu Sans"/>
          <w:color w:val="1E2528"/>
          <w:sz w:val="17"/>
        </w:rPr>
        <w:t xml:space="preserve">Parlement européen et Conseil, règlement (UE) 2024/1689 (règlement sur l’intelligence artificielle). 2024-06-13. Droit en vigueur ; application progressive. CELEX 32024R1689 ; ELI reg/2024/1689/oj. </w:t>
      </w:r>
      <w:hyperlink r:id="rId90">
        <w:r>
          <w:rPr>
            <w:rFonts w:ascii="DejaVu Sans" w:hAnsi="DejaVu Sans" w:eastAsia="DejaVu Sans"/>
            <w:color w:val="234C61"/>
            <w:u w:val="single"/>
            <w:sz w:val="16"/>
          </w:rPr>
          <w:t>https://eur-lex.europa.eu/eli/reg/2024/1689/oj/eng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[SRC-S34-003] </w:t>
      </w:r>
      <w:r>
        <w:rPr>
          <w:rFonts w:ascii="DejaVu Sans" w:hAnsi="DejaVu Sans" w:eastAsia="DejaVu Sans"/>
          <w:color w:val="1E2528"/>
          <w:sz w:val="17"/>
        </w:rPr>
        <w:t xml:space="preserve">Commission européenne - AI Act Service Desk, AI Act - Article 50: Transparency obligations for providers and deployers of certain AI systems. Service officiel relatif à l’art. 50 du règlement (UE) 2024/1689. Consultation : 2026-07-17. </w:t>
      </w:r>
      <w:hyperlink r:id="rId91">
        <w:r>
          <w:rPr>
            <w:rFonts w:ascii="DejaVu Sans" w:hAnsi="DejaVu Sans" w:eastAsia="DejaVu Sans"/>
            <w:color w:val="234C61"/>
            <w:u w:val="single"/>
            <w:sz w:val="16"/>
          </w:rPr>
          <w:t>https://ai-act-service-desk.ec.europa.eu/en/ai-act/article-50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[SRC-S34-004] </w:t>
      </w:r>
      <w:r>
        <w:rPr>
          <w:rFonts w:ascii="DejaVu Sans" w:hAnsi="DejaVu Sans" w:eastAsia="DejaVu Sans"/>
          <w:color w:val="1E2528"/>
          <w:sz w:val="17"/>
        </w:rPr>
        <w:t xml:space="preserve">Commission européenne - AI Act Service Desk, AI Act - Article 53: Obligations for providers of general-purpose AI models. Service officiel relatif à l’art. 53 du règlement (UE) 2024/1689. Consultation : 2026-07-17. </w:t>
      </w:r>
      <w:hyperlink r:id="rId92">
        <w:r>
          <w:rPr>
            <w:rFonts w:ascii="DejaVu Sans" w:hAnsi="DejaVu Sans" w:eastAsia="DejaVu Sans"/>
            <w:color w:val="234C61"/>
            <w:u w:val="single"/>
            <w:sz w:val="16"/>
          </w:rPr>
          <w:t>https://ai-act-service-desk.ec.europa.eu/en/ai-act/article-53</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[SRC-S34-005] </w:t>
      </w:r>
      <w:r>
        <w:rPr>
          <w:rFonts w:ascii="DejaVu Sans" w:hAnsi="DejaVu Sans" w:eastAsia="DejaVu Sans"/>
          <w:color w:val="1E2528"/>
          <w:sz w:val="17"/>
        </w:rPr>
        <w:t xml:space="preserve">Parlement européen et Conseil, règlement (UE) 2016/679 (RGPD). 2016-04-27. Droit en vigueur. CELEX 32016R0679 ; ELI reg/2016/679/oj. </w:t>
      </w:r>
      <w:hyperlink r:id="rId93">
        <w:r>
          <w:rPr>
            <w:rFonts w:ascii="DejaVu Sans" w:hAnsi="DejaVu Sans" w:eastAsia="DejaVu Sans"/>
            <w:color w:val="234C61"/>
            <w:u w:val="single"/>
            <w:sz w:val="16"/>
          </w:rPr>
          <w:t>https://eur-lex.europa.eu/eli/reg/2016/679/oj/eng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[SRC-S34-006] </w:t>
      </w:r>
      <w:r>
        <w:rPr>
          <w:rFonts w:ascii="DejaVu Sans" w:hAnsi="DejaVu Sans" w:eastAsia="DejaVu Sans"/>
          <w:color w:val="1E2528"/>
          <w:sz w:val="17"/>
        </w:rPr>
        <w:t xml:space="preserve">Article 29 Data Protection Working Party, Guidelines on Automated individual decision-making and Profiling for the purposes of Regulation 2016/679, WP251 rev.01. Entérinées par l’European Data Protection Board le 2018-05-25. Lignes directrices interprétatives officielles ; elles ne constituent pas une source législative. </w:t>
      </w:r>
      <w:hyperlink r:id="rId94">
        <w:r>
          <w:rPr>
            <w:rFonts w:ascii="DejaVu Sans" w:hAnsi="DejaVu Sans" w:eastAsia="DejaVu Sans"/>
            <w:color w:val="234C61"/>
            <w:u w:val="single"/>
            <w:sz w:val="16"/>
          </w:rPr>
          <w:t>https://www.edpb.europa.eu/documents/guideline/automated-decision-making-and-profiling_en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[SRC-S34-007] </w:t>
      </w:r>
      <w:r>
        <w:rPr>
          <w:rFonts w:ascii="DejaVu Sans" w:hAnsi="DejaVu Sans" w:eastAsia="DejaVu Sans"/>
          <w:color w:val="1E2528"/>
          <w:sz w:val="17"/>
        </w:rPr>
        <w:t xml:space="preserve">Cour de justice de l’Union européenne, SCHUFA Holding (Scoring), C-634/21. 2023-12-07. Jurisprudence contraignante pour l’interprétation du droit de l’Union. ECLI:EU:C:2023:957. </w:t>
      </w:r>
      <w:hyperlink r:id="rId95">
        <w:r>
          <w:rPr>
            <w:rFonts w:ascii="DejaVu Sans" w:hAnsi="DejaVu Sans" w:eastAsia="DejaVu Sans"/>
            <w:color w:val="234C61"/>
            <w:u w:val="single"/>
            <w:sz w:val="16"/>
          </w:rPr>
          <w:t>https://infocuria.curia.europa.eu/tabs/redirect/juris/document/document.jsf?docid=280426&amp;doclang=en</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[SRC-S34-008] </w:t>
      </w:r>
      <w:r>
        <w:rPr>
          <w:rFonts w:ascii="DejaVu Sans" w:hAnsi="DejaVu Sans" w:eastAsia="DejaVu Sans"/>
          <w:color w:val="1E2528"/>
          <w:sz w:val="17"/>
        </w:rPr>
        <w:t xml:space="preserve">Parlement européen et Conseil, règlement (UE) 2024/1183 établissant le cadre européen relatif à une identité numérique. 2024-04-11. Droit en vigueur. CELEX 32024R1183 ; ELI reg/2024/1183/oj. </w:t>
      </w:r>
      <w:hyperlink r:id="rId96">
        <w:r>
          <w:rPr>
            <w:rFonts w:ascii="DejaVu Sans" w:hAnsi="DejaVu Sans" w:eastAsia="DejaVu Sans"/>
            <w:color w:val="234C61"/>
            <w:u w:val="single"/>
            <w:sz w:val="16"/>
          </w:rPr>
          <w:t>https://eur-lex.europa.eu/eli/reg/2024/1183/oj/eng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[SRC-S34-009] </w:t>
      </w:r>
      <w:r>
        <w:rPr>
          <w:rFonts w:ascii="DejaVu Sans" w:hAnsi="DejaVu Sans" w:eastAsia="DejaVu Sans"/>
          <w:color w:val="1E2528"/>
          <w:sz w:val="17"/>
        </w:rPr>
        <w:t xml:space="preserve">Commission européenne, European Digital Identity Wallet implementation. Page mise à jour : 2026-06-22. Le cadre prévoit des portefeuilles des États membres d’ici à la fin de 2026 ; le dépôt officiel de l’Architecture and Reference Framework indique que la version actuelle est la v2.9.0 du 2026-05-21. Page institutionnelle et spécification technique. Consultation : 2026-07-17. </w:t>
      </w:r>
      <w:hyperlink r:id="rId97">
        <w:r>
          <w:rPr>
            <w:rFonts w:ascii="DejaVu Sans" w:hAnsi="DejaVu Sans" w:eastAsia="DejaVu Sans"/>
            <w:color w:val="234C61"/>
            <w:u w:val="single"/>
            <w:sz w:val="16"/>
          </w:rPr>
          <w:t>https://digital-strategy.ec.europa.eu/en/policies/eudi-wallet-implementation</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98">
        <w:r>
          <w:rPr>
            <w:rFonts w:ascii="DejaVu Sans" w:hAnsi="DejaVu Sans" w:eastAsia="DejaVu Sans"/>
            <w:color w:val="234C61"/>
            <w:u w:val="single"/>
            <w:sz w:val="16"/>
          </w:rPr>
          <w:t>https://github.com/eu-digital-identity-wallet/eudi-doc-architecture-and-reference-framework/releases/tag/v2.9.0</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[SRC-S34-010] </w:t>
      </w:r>
      <w:r>
        <w:rPr>
          <w:rFonts w:ascii="DejaVu Sans" w:hAnsi="DejaVu Sans" w:eastAsia="DejaVu Sans"/>
          <w:color w:val="1E2528"/>
          <w:sz w:val="17"/>
        </w:rPr>
        <w:t xml:space="preserve">Parlement européen et Conseil, règlement (UE) 2022/2065 sur les services numériques (DSA). 2022-10-19. Droit en vigueur. CELEX 32022R2065 ; ELI reg/2022/2065/oj. </w:t>
      </w:r>
      <w:hyperlink r:id="rId99">
        <w:r>
          <w:rPr>
            <w:rFonts w:ascii="DejaVu Sans" w:hAnsi="DejaVu Sans" w:eastAsia="DejaVu Sans"/>
            <w:color w:val="234C61"/>
            <w:u w:val="single"/>
            <w:sz w:val="16"/>
          </w:rPr>
          <w:t>https://eur-lex.europa.eu/eli/reg/2022/2065/oj/eng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[SRC-S34-011] </w:t>
      </w:r>
      <w:r>
        <w:rPr>
          <w:rFonts w:ascii="DejaVu Sans" w:hAnsi="DejaVu Sans" w:eastAsia="DejaVu Sans"/>
          <w:color w:val="1E2528"/>
          <w:sz w:val="17"/>
        </w:rPr>
        <w:t xml:space="preserve">Commission européenne - AI Act Service Desk, AI Act - Article 5: Prohibited AI practices. Service officiel relatif à l’art. 5 du règlement (UE) 2024/1689. Consultation : 2026-07-14. </w:t>
      </w:r>
      <w:hyperlink r:id="rId100">
        <w:r>
          <w:rPr>
            <w:rFonts w:ascii="DejaVu Sans" w:hAnsi="DejaVu Sans" w:eastAsia="DejaVu Sans"/>
            <w:color w:val="234C61"/>
            <w:u w:val="single"/>
            <w:sz w:val="16"/>
          </w:rPr>
          <w:t>https://ai-act-service-desk.ec.europa.eu/en/ai-act/article-5</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[SRC-S34-012] </w:t>
      </w:r>
      <w:r>
        <w:rPr>
          <w:rFonts w:ascii="DejaVu Sans" w:hAnsi="DejaVu Sans" w:eastAsia="DejaVu Sans"/>
          <w:color w:val="1E2528"/>
          <w:sz w:val="17"/>
        </w:rPr>
        <w:t xml:space="preserve">Parlement européen et Conseil, directive (UE) 2024/2831 relative à l’amélioration des conditions de travail dans le cadre du travail via une plateforme. 2024-10-23. Droit de l’UE à transposer ; champ d’application sectoriel. CELEX 32024L2831 ; ELI dir/2024/2831/oj. </w:t>
      </w:r>
      <w:hyperlink r:id="rId101">
        <w:r>
          <w:rPr>
            <w:rFonts w:ascii="DejaVu Sans" w:hAnsi="DejaVu Sans" w:eastAsia="DejaVu Sans"/>
            <w:color w:val="234C61"/>
            <w:u w:val="single"/>
            <w:sz w:val="16"/>
          </w:rPr>
          <w:t>https://eur-lex.europa.eu/eli/dir/2024/2831/oj/eng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[SRC-S34-013] </w:t>
      </w:r>
      <w:r>
        <w:rPr>
          <w:rFonts w:ascii="DejaVu Sans" w:hAnsi="DejaVu Sans" w:eastAsia="DejaVu Sans"/>
          <w:color w:val="1E2528"/>
          <w:sz w:val="17"/>
        </w:rPr>
        <w:t xml:space="preserve">Parlement européen et Conseil, directive (UE) 2019/790 relative au droit d’auteur dans le marché unique numérique. 2019-04-17. Droit de l’UE transposé avec des différences nationales. CELEX 32019L0790 ; ELI dir/2019/790/oj. </w:t>
      </w:r>
      <w:hyperlink r:id="rId102">
        <w:r>
          <w:rPr>
            <w:rFonts w:ascii="DejaVu Sans" w:hAnsi="DejaVu Sans" w:eastAsia="DejaVu Sans"/>
            <w:color w:val="234C61"/>
            <w:u w:val="single"/>
            <w:sz w:val="16"/>
          </w:rPr>
          <w:t>https://eur-lex.europa.eu/eli/dir/2019/790/oj/eng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[SRC-S34-020] </w:t>
      </w:r>
      <w:r>
        <w:rPr>
          <w:rFonts w:ascii="DejaVu Sans" w:hAnsi="DejaVu Sans" w:eastAsia="DejaVu Sans"/>
          <w:color w:val="1E2528"/>
          <w:sz w:val="17"/>
        </w:rPr>
        <w:t xml:space="preserve">Commission européenne, Code of Practice on Transparency of AI-Generated Content. Version finale publiée le 2026-06-10 ; Commission Opinion du 8 juillet 2026 et évaluation de l’AI Board du 9 juillet 2026 quant à son adéquation. Instrument volontaire pour la mise en œuvre de l’art. 50 du règlement sur l’intelligence artificielle ; l’adhésion ne constitue pas une preuve concluante de conformité. </w:t>
      </w:r>
      <w:hyperlink r:id="rId103">
        <w:r>
          <w:rPr>
            <w:rFonts w:ascii="DejaVu Sans" w:hAnsi="DejaVu Sans" w:eastAsia="DejaVu Sans"/>
            <w:color w:val="234C61"/>
            <w:u w:val="single"/>
            <w:sz w:val="16"/>
          </w:rPr>
          <w:t>https://digital-strategy.ec.europa.eu/en/news/commission-publishes-code-practice-marking-and-labelling-ai-generated-content</w:t>
        </w:r>
      </w:hyperlink>
      <w:r>
        <w:rPr>
          <w:rFonts w:ascii="DejaVu Sans" w:hAnsi="DejaVu Sans" w:eastAsia="DejaVu Sans"/>
          <w:color w:val="1E2528"/>
          <w:sz w:val="17"/>
        </w:rPr>
        <w:t>;</w:t>
      </w:r>
      <w:r>
        <w:rPr>
          <w:rFonts w:ascii="DejaVu Sans" w:hAnsi="DejaVu Sans" w:eastAsia="DejaVu Sans"/>
          <w:color w:val="1E2528"/>
          <w:sz w:val="17"/>
        </w:rPr>
        <w:t xml:space="preserve"> </w:t>
      </w:r>
      <w:hyperlink r:id="rId104">
        <w:r>
          <w:rPr>
            <w:rFonts w:ascii="DejaVu Sans" w:hAnsi="DejaVu Sans" w:eastAsia="DejaVu Sans"/>
            <w:color w:val="234C61"/>
            <w:u w:val="single"/>
            <w:sz w:val="16"/>
          </w:rPr>
          <w:t>https://digital-strategy.ec.europa.eu/en/library/commission-opinion-assessment-code-practice-transparency-ai-generated-content</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[SRC-S34-021] </w:t>
      </w:r>
      <w:r>
        <w:rPr>
          <w:rFonts w:ascii="DejaVu Sans" w:hAnsi="DejaVu Sans" w:eastAsia="DejaVu Sans"/>
          <w:color w:val="1E2528"/>
          <w:sz w:val="17"/>
        </w:rPr>
        <w:t xml:space="preserve">Commission européenne, General-Purpose AI Code of Practice. Version finale publiée le 2025-07-10. Instrument volontaire d’aide à la conformité ; les obligations relatives aux modèles d’IA à usage général (GPAI) s’appliquent depuis le 2025-08-02, et le contrôle de leur application par l’AI Office est prévu à partir du 2026-08-02 pour les nouveaux modèles et du 2027-08-02 pour les modèles existants. Consultation : 2026-07-17. </w:t>
      </w:r>
      <w:hyperlink r:id="rId105">
        <w:r>
          <w:rPr>
            <w:rFonts w:ascii="DejaVu Sans" w:hAnsi="DejaVu Sans" w:eastAsia="DejaVu Sans"/>
            <w:color w:val="234C61"/>
            <w:u w:val="single"/>
            <w:sz w:val="16"/>
          </w:rPr>
          <w:t>https://digital-strategy.ec.europa.eu/en/news/general-purpose-ai-code-practice-now-available</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[SRC-S34-015] </w:t>
      </w:r>
      <w:r>
        <w:rPr>
          <w:rFonts w:ascii="DejaVu Sans" w:hAnsi="DejaVu Sans" w:eastAsia="DejaVu Sans"/>
          <w:color w:val="1E2528"/>
          <w:sz w:val="17"/>
        </w:rPr>
        <w:t xml:space="preserve">Parlement européen et Conseil, règlement (UE) 2017/745 relatif aux dispositifs médicaux. 2017-04-05. Droit en vigueur. CELEX 32017R0745 ; ELI reg/2017/745/oj. </w:t>
      </w:r>
      <w:hyperlink r:id="rId106">
        <w:r>
          <w:rPr>
            <w:rFonts w:ascii="DejaVu Sans" w:hAnsi="DejaVu Sans" w:eastAsia="DejaVu Sans"/>
            <w:color w:val="234C61"/>
            <w:u w:val="single"/>
            <w:sz w:val="16"/>
          </w:rPr>
          <w:t>https://eur-lex.europa.eu/eli/reg/2017/745/oj/eng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[SRC-S34-016] </w:t>
      </w:r>
      <w:r>
        <w:rPr>
          <w:rFonts w:ascii="DejaVu Sans" w:hAnsi="DejaVu Sans" w:eastAsia="DejaVu Sans"/>
          <w:color w:val="1E2528"/>
          <w:sz w:val="17"/>
        </w:rPr>
        <w:t xml:space="preserve">Parlement européen et Conseil, règlement (UE) 2017/746 relatif aux dispositifs médicaux de diagnostic in vitro. 2017-04-05. Droit en vigueur. CELEX 32017R0746 ; ELI reg/2017/746/oj. </w:t>
      </w:r>
      <w:hyperlink r:id="rId107">
        <w:r>
          <w:rPr>
            <w:rFonts w:ascii="DejaVu Sans" w:hAnsi="DejaVu Sans" w:eastAsia="DejaVu Sans"/>
            <w:color w:val="234C61"/>
            <w:u w:val="single"/>
            <w:sz w:val="16"/>
          </w:rPr>
          <w:t>https://eur-lex.europa.eu/eli/reg/2017/746/oj/eng</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[SRC-S34-017] </w:t>
      </w:r>
      <w:r>
        <w:rPr>
          <w:rFonts w:ascii="DejaVu Sans" w:hAnsi="DejaVu Sans" w:eastAsia="DejaVu Sans"/>
          <w:color w:val="1E2528"/>
          <w:sz w:val="17"/>
        </w:rPr>
        <w:t xml:space="preserve">European Data Protection Board, Guidelines 05/2022 on the use of facial recognition technology in the area of law enforcement. Version finale 2.0, 2023-05-17. Lignes directrices interprétatives officielles ; ce n’est pas une loi. </w:t>
      </w:r>
      <w:hyperlink r:id="rId108">
        <w:r>
          <w:rPr>
            <w:rFonts w:ascii="DejaVu Sans" w:hAnsi="DejaVu Sans" w:eastAsia="DejaVu Sans"/>
            <w:color w:val="234C61"/>
            <w:u w:val="single"/>
            <w:sz w:val="16"/>
          </w:rPr>
          <w:t>https://www.edpb.europa.eu/system/files/2023-05/edpb_guidelines_202304_frtlawenforcement_v2_en.pdf</w:t>
        </w:r>
      </w:hyperlink>
      <w:r>
        <w:rPr>
          <w:rFonts w:ascii="DejaVu Sans" w:hAnsi="DejaVu Sans" w:eastAsia="DejaVu Sans"/>
          <w:color w:val="1E2528"/>
          <w:sz w:val="17"/>
        </w:rPr>
        <w:t>.</w:t>
      </w:r>
    </w:p>
    <w:p>
      <w:pPr>
        <w:spacing w:after="60"/>
        <w:ind w:left="173" w:hanging="173"/>
      </w:pPr>
      <w:r>
        <w:rPr>
          <w:rFonts w:ascii="DejaVu Sans" w:hAnsi="DejaVu Sans" w:eastAsia="DejaVu Sans"/>
          <w:b/>
          <w:color w:val="B54B2A"/>
          <w:sz w:val="15"/>
        </w:rPr>
        <w:t xml:space="preserve">[SRC-S34-018] </w:t>
      </w:r>
      <w:r>
        <w:rPr>
          <w:rFonts w:ascii="DejaVu Sans" w:hAnsi="DejaVu Sans" w:eastAsia="DejaVu Sans"/>
          <w:color w:val="1E2528"/>
          <w:sz w:val="17"/>
        </w:rPr>
        <w:t xml:space="preserve">Garante per la protezione dei dati personali, Eredità digitale e art. 2-terdecies del Codice privacy. Guide institutionnel ; fondement juridique : d.lgs. 196/2003, art. 2-terdecies. Consultation : 2026-07-14. </w:t>
      </w:r>
      <w:hyperlink r:id="rId109">
        <w:r>
          <w:rPr>
            <w:rFonts w:ascii="DejaVu Sans" w:hAnsi="DejaVu Sans" w:eastAsia="DejaVu Sans"/>
            <w:color w:val="234C61"/>
            <w:u w:val="single"/>
            <w:sz w:val="16"/>
          </w:rPr>
          <w:t>https://www.garanteprivacy.it/temi/internet-e-nuove-tecnologie/eredita-digitale</w:t>
        </w:r>
      </w:hyperlink>
      <w:r>
        <w:rPr>
          <w:rFonts w:ascii="DejaVu Sans" w:hAnsi="DejaVu Sans" w:eastAsia="DejaVu Sans"/>
          <w:color w:val="1E2528"/>
          <w:sz w:val="17"/>
        </w:rPr>
        <w:t>.</w:t>
      </w:r>
    </w:p>
    <w:p>
      <w:pPr>
        <w:pStyle w:val="Heading1"/>
      </w:pPr>
      <w:r>
        <w:t>Version et mises à jour</w:t>
      </w:r>
    </w:p>
    <w:p>
      <w:pPr>
        <w:keepLines w:val="0"/>
      </w:pPr>
      <w:r>
        <w:rPr>
          <w:rFonts w:ascii="DejaVu Sans" w:hAnsi="DejaVu Sans" w:eastAsia="DejaVu Sans"/>
          <w:color w:val="1E2528"/>
          <w:sz w:val="18"/>
        </w:rPr>
        <w:t>Ce fichier conserve l’instantané associé à l’édition française. Les mises à jour du site doivent être identifiées comme des versions ultérieures et ne doivent pas effacer l’état documentaire utilisé par le livre.</w:t>
      </w:r>
    </w:p>
    <w:sectPr>
      <w:headerReference w:type="default" r:id="rId9"/>
      <w:footerReference w:type="default" r:id="rId10"/>
      <w:footerReference w:type="first" r:id="rId11"/>
      <w:headerReference w:type="first" r:id="rId110"/>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FR-FR-R1 - A4 -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Bibliographie navigable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digital-strategy.ec.europa.eu/en/news/commission-publishes-code-practice-marking-and-labelling-ai-generated-content" TargetMode="External"/><Relationship Id="rId104" Type="http://schemas.openxmlformats.org/officeDocument/2006/relationships/hyperlink" Target="https://digital-strategy.ec.europa.eu/en/library/commission-opinion-assessment-code-practice-transparency-ai-generated-content" TargetMode="External"/><Relationship Id="rId105" Type="http://schemas.openxmlformats.org/officeDocument/2006/relationships/hyperlink" Target="https://digital-strategy.ec.europa.eu/en/news/general-purpose-ai-code-practice-now-available" TargetMode="External"/><Relationship Id="rId106" Type="http://schemas.openxmlformats.org/officeDocument/2006/relationships/hyperlink" Target="https://eur-lex.europa.eu/eli/reg/2017/745/oj/eng" TargetMode="External"/><Relationship Id="rId107" Type="http://schemas.openxmlformats.org/officeDocument/2006/relationships/hyperlink" Target="https://eur-lex.europa.eu/eli/reg/2017/746/oj/eng" TargetMode="External"/><Relationship Id="rId108" Type="http://schemas.openxmlformats.org/officeDocument/2006/relationships/hyperlink" Target="https://www.edpb.europa.eu/system/files/2023-05/edpb_guidelines_202304_frtlawenforcement_v2_en.pdf" TargetMode="External"/><Relationship Id="rId109" Type="http://schemas.openxmlformats.org/officeDocument/2006/relationships/hyperlink" Target="https://www.garanteprivacy.it/temi/internet-e-nuove-tecnologie/eredita-digitale" TargetMode="External"/><Relationship Id="rId1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Bibliographie navigable</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